
<file path=[Content_Types].xml><?xml version="1.0" encoding="utf-8"?>
<Types xmlns="http://schemas.openxmlformats.org/package/2006/content-types">
  <Default Extension="bin" ContentType="application/vnd.openxmlformats-officedocument.oleObject"/>
  <Default Extension="docx" ContentType="application/vnd.openxmlformats-officedocument.wordprocessingml.document"/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FBEA4" w14:textId="3738D249" w:rsidR="00FB322D" w:rsidRDefault="00FB322D" w:rsidP="00FB322D">
      <w:pPr>
        <w:jc w:val="center"/>
        <w:rPr>
          <w:b/>
          <w:bCs/>
          <w:lang w:val="en-GB"/>
        </w:rPr>
      </w:pPr>
      <w:r>
        <w:rPr>
          <w:b/>
          <w:bCs/>
          <w:noProof/>
          <w:lang w:val="en-GB"/>
        </w:rPr>
        <w:drawing>
          <wp:inline distT="0" distB="0" distL="0" distR="0" wp14:anchorId="19E7F9FD" wp14:editId="241C4984">
            <wp:extent cx="2728957" cy="1535124"/>
            <wp:effectExtent l="0" t="0" r="0" b="8255"/>
            <wp:docPr id="3516387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638785" name="Picture 351638785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35964" cy="1539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C7CC4E" w14:textId="77777777" w:rsidR="005E2268" w:rsidRPr="005E2268" w:rsidRDefault="005E2268" w:rsidP="005E2268">
      <w:pPr>
        <w:rPr>
          <w:lang w:val="en-GB"/>
        </w:rPr>
      </w:pPr>
      <w:proofErr w:type="spellStart"/>
      <w:r w:rsidRPr="005E2268">
        <w:rPr>
          <w:lang w:val="en-GB"/>
        </w:rPr>
        <w:t>Dyma’r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cyfieithiad</w:t>
      </w:r>
      <w:proofErr w:type="spellEnd"/>
      <w:r w:rsidRPr="005E2268">
        <w:rPr>
          <w:b/>
          <w:bCs/>
          <w:lang w:val="en-GB"/>
        </w:rPr>
        <w:t xml:space="preserve"> Cymraeg </w:t>
      </w:r>
      <w:proofErr w:type="spellStart"/>
      <w:r w:rsidRPr="005E2268">
        <w:rPr>
          <w:b/>
          <w:bCs/>
          <w:lang w:val="en-GB"/>
        </w:rPr>
        <w:t>llawn</w:t>
      </w:r>
      <w:proofErr w:type="spellEnd"/>
      <w:r w:rsidRPr="005E2268">
        <w:rPr>
          <w:b/>
          <w:bCs/>
          <w:lang w:val="en-GB"/>
        </w:rPr>
        <w:t xml:space="preserve"> a </w:t>
      </w:r>
      <w:proofErr w:type="spellStart"/>
      <w:r w:rsidRPr="005E2268">
        <w:rPr>
          <w:b/>
          <w:bCs/>
          <w:lang w:val="en-GB"/>
        </w:rPr>
        <w:t>swyddogol</w:t>
      </w:r>
      <w:proofErr w:type="spellEnd"/>
      <w:r w:rsidRPr="005E2268">
        <w:rPr>
          <w:lang w:val="en-GB"/>
        </w:rPr>
        <w:t xml:space="preserve">, </w:t>
      </w:r>
      <w:proofErr w:type="spellStart"/>
      <w:r w:rsidRPr="005E2268">
        <w:rPr>
          <w:lang w:val="en-GB"/>
        </w:rPr>
        <w:t>wedi’i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lunio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mewn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arddull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polisi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ysgol</w:t>
      </w:r>
      <w:proofErr w:type="spellEnd"/>
      <w:r w:rsidRPr="005E2268">
        <w:rPr>
          <w:lang w:val="en-GB"/>
        </w:rPr>
        <w:t>:</w:t>
      </w:r>
    </w:p>
    <w:p w14:paraId="57F5928B" w14:textId="77777777" w:rsidR="005E2268" w:rsidRPr="005E2268" w:rsidRDefault="005E2268" w:rsidP="005E2268">
      <w:pPr>
        <w:rPr>
          <w:lang w:val="en-GB"/>
        </w:rPr>
      </w:pPr>
      <w:r w:rsidRPr="005E2268">
        <w:rPr>
          <w:lang w:val="en-GB"/>
        </w:rPr>
        <w:pict w14:anchorId="51044B0B">
          <v:rect id="_x0000_i1151" style="width:0;height:1.5pt" o:hralign="center" o:hrstd="t" o:hr="t" fillcolor="#a0a0a0" stroked="f"/>
        </w:pict>
      </w:r>
    </w:p>
    <w:p w14:paraId="0303BFE8" w14:textId="77777777" w:rsidR="005E2268" w:rsidRPr="005E2268" w:rsidRDefault="005E2268" w:rsidP="005E2268">
      <w:pPr>
        <w:rPr>
          <w:b/>
          <w:bCs/>
          <w:lang w:val="en-GB"/>
        </w:rPr>
      </w:pPr>
      <w:r w:rsidRPr="005E2268">
        <w:rPr>
          <w:b/>
          <w:bCs/>
          <w:lang w:val="en-GB"/>
        </w:rPr>
        <w:t xml:space="preserve">Polisi </w:t>
      </w:r>
      <w:proofErr w:type="spellStart"/>
      <w:r w:rsidRPr="005E2268">
        <w:rPr>
          <w:b/>
          <w:bCs/>
          <w:lang w:val="en-GB"/>
        </w:rPr>
        <w:t>Perthnasoedd</w:t>
      </w:r>
      <w:proofErr w:type="spellEnd"/>
      <w:r w:rsidRPr="005E2268">
        <w:rPr>
          <w:b/>
          <w:bCs/>
          <w:lang w:val="en-GB"/>
        </w:rPr>
        <w:t xml:space="preserve"> a </w:t>
      </w:r>
      <w:proofErr w:type="spellStart"/>
      <w:r w:rsidRPr="005E2268">
        <w:rPr>
          <w:b/>
          <w:bCs/>
          <w:lang w:val="en-GB"/>
        </w:rPr>
        <w:t>Hunanreoleiddio</w:t>
      </w:r>
      <w:proofErr w:type="spellEnd"/>
    </w:p>
    <w:p w14:paraId="41E5DFDA" w14:textId="77777777" w:rsidR="005E2268" w:rsidRPr="005E2268" w:rsidRDefault="005E2268" w:rsidP="005E2268">
      <w:pPr>
        <w:rPr>
          <w:b/>
          <w:bCs/>
          <w:lang w:val="en-GB"/>
        </w:rPr>
      </w:pPr>
      <w:r w:rsidRPr="005E2268">
        <w:rPr>
          <w:b/>
          <w:bCs/>
          <w:lang w:val="en-GB"/>
        </w:rPr>
        <w:t xml:space="preserve">1. </w:t>
      </w:r>
      <w:proofErr w:type="spellStart"/>
      <w:r w:rsidRPr="005E2268">
        <w:rPr>
          <w:b/>
          <w:bCs/>
          <w:lang w:val="en-GB"/>
        </w:rPr>
        <w:t>Gweledigaeth</w:t>
      </w:r>
      <w:proofErr w:type="spellEnd"/>
      <w:r w:rsidRPr="005E2268">
        <w:rPr>
          <w:b/>
          <w:bCs/>
          <w:lang w:val="en-GB"/>
        </w:rPr>
        <w:t xml:space="preserve"> a Dull</w:t>
      </w:r>
    </w:p>
    <w:p w14:paraId="2AC98D5C" w14:textId="77777777" w:rsidR="005E2268" w:rsidRPr="005E2268" w:rsidRDefault="005E2268" w:rsidP="005E2268">
      <w:pPr>
        <w:rPr>
          <w:lang w:val="en-GB"/>
        </w:rPr>
      </w:pPr>
      <w:r w:rsidRPr="005E2268">
        <w:rPr>
          <w:lang w:val="en-GB"/>
        </w:rPr>
        <w:t xml:space="preserve">Yn </w:t>
      </w:r>
      <w:proofErr w:type="spellStart"/>
      <w:r w:rsidRPr="005E2268">
        <w:rPr>
          <w:lang w:val="en-GB"/>
        </w:rPr>
        <w:t>Ffederasiwn</w:t>
      </w:r>
      <w:proofErr w:type="spellEnd"/>
      <w:r w:rsidRPr="005E2268">
        <w:rPr>
          <w:lang w:val="en-GB"/>
        </w:rPr>
        <w:t xml:space="preserve"> Ysgol Penrhyn-coch ac Ysgol Penllwyn, </w:t>
      </w:r>
      <w:proofErr w:type="spellStart"/>
      <w:r w:rsidRPr="005E2268">
        <w:rPr>
          <w:lang w:val="en-GB"/>
        </w:rPr>
        <w:t>credwn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fod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pob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plentyn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ffynnu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mewn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amgylchedd</w:t>
      </w:r>
      <w:proofErr w:type="spellEnd"/>
      <w:r w:rsidRPr="005E2268">
        <w:rPr>
          <w:lang w:val="en-GB"/>
        </w:rPr>
        <w:t xml:space="preserve"> o </w:t>
      </w:r>
      <w:proofErr w:type="spellStart"/>
      <w:r w:rsidRPr="005E2268">
        <w:rPr>
          <w:b/>
          <w:bCs/>
          <w:lang w:val="en-GB"/>
        </w:rPr>
        <w:t>ymddiriedaeth</w:t>
      </w:r>
      <w:proofErr w:type="spellEnd"/>
      <w:r w:rsidRPr="005E2268">
        <w:rPr>
          <w:b/>
          <w:bCs/>
          <w:lang w:val="en-GB"/>
        </w:rPr>
        <w:t xml:space="preserve">, parch a </w:t>
      </w:r>
      <w:proofErr w:type="spellStart"/>
      <w:r w:rsidRPr="005E2268">
        <w:rPr>
          <w:b/>
          <w:bCs/>
          <w:lang w:val="en-GB"/>
        </w:rPr>
        <w:t>diogelwch</w:t>
      </w:r>
      <w:proofErr w:type="spellEnd"/>
      <w:r w:rsidRPr="005E2268">
        <w:rPr>
          <w:lang w:val="en-GB"/>
        </w:rPr>
        <w:t xml:space="preserve">. Mae </w:t>
      </w:r>
      <w:proofErr w:type="spellStart"/>
      <w:r w:rsidRPr="005E2268">
        <w:rPr>
          <w:lang w:val="en-GB"/>
        </w:rPr>
        <w:t>ein</w:t>
      </w:r>
      <w:proofErr w:type="spellEnd"/>
      <w:r w:rsidRPr="005E2268">
        <w:rPr>
          <w:lang w:val="en-GB"/>
        </w:rPr>
        <w:t xml:space="preserve"> dull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blaenoriaethu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perthnasoedd</w:t>
      </w:r>
      <w:proofErr w:type="spellEnd"/>
      <w:r w:rsidRPr="005E2268">
        <w:rPr>
          <w:b/>
          <w:bCs/>
          <w:lang w:val="en-GB"/>
        </w:rPr>
        <w:t xml:space="preserve"> a </w:t>
      </w:r>
      <w:proofErr w:type="spellStart"/>
      <w:r w:rsidRPr="005E2268">
        <w:rPr>
          <w:b/>
          <w:bCs/>
          <w:lang w:val="en-GB"/>
        </w:rPr>
        <w:t>hunanreoleiddio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emosiynol</w:t>
      </w:r>
      <w:proofErr w:type="spellEnd"/>
      <w:r w:rsidRPr="005E2268">
        <w:rPr>
          <w:lang w:val="en-GB"/>
        </w:rPr>
        <w:t xml:space="preserve">, </w:t>
      </w:r>
      <w:proofErr w:type="spellStart"/>
      <w:r w:rsidRPr="005E2268">
        <w:rPr>
          <w:lang w:val="en-GB"/>
        </w:rPr>
        <w:t>gan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sicrhau</w:t>
      </w:r>
      <w:proofErr w:type="spellEnd"/>
      <w:r w:rsidRPr="005E2268">
        <w:rPr>
          <w:lang w:val="en-GB"/>
        </w:rPr>
        <w:t xml:space="preserve"> bod </w:t>
      </w:r>
      <w:proofErr w:type="spellStart"/>
      <w:r w:rsidRPr="005E2268">
        <w:rPr>
          <w:lang w:val="en-GB"/>
        </w:rPr>
        <w:t>pob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disgybl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teimlo’n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werthfawr</w:t>
      </w:r>
      <w:proofErr w:type="spellEnd"/>
      <w:r w:rsidRPr="005E2268">
        <w:rPr>
          <w:b/>
          <w:bCs/>
          <w:lang w:val="en-GB"/>
        </w:rPr>
        <w:t xml:space="preserve">, </w:t>
      </w:r>
      <w:proofErr w:type="spellStart"/>
      <w:r w:rsidRPr="005E2268">
        <w:rPr>
          <w:b/>
          <w:bCs/>
          <w:lang w:val="en-GB"/>
        </w:rPr>
        <w:t>yn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gysylltiedig</w:t>
      </w:r>
      <w:proofErr w:type="spellEnd"/>
      <w:r w:rsidRPr="005E2268">
        <w:rPr>
          <w:b/>
          <w:bCs/>
          <w:lang w:val="en-GB"/>
        </w:rPr>
        <w:t xml:space="preserve">, ac </w:t>
      </w:r>
      <w:proofErr w:type="spellStart"/>
      <w:r w:rsidRPr="005E2268">
        <w:rPr>
          <w:b/>
          <w:bCs/>
          <w:lang w:val="en-GB"/>
        </w:rPr>
        <w:t>yn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barod</w:t>
      </w:r>
      <w:proofErr w:type="spellEnd"/>
      <w:r w:rsidRPr="005E2268">
        <w:rPr>
          <w:b/>
          <w:bCs/>
          <w:lang w:val="en-GB"/>
        </w:rPr>
        <w:t xml:space="preserve"> i </w:t>
      </w:r>
      <w:proofErr w:type="spellStart"/>
      <w:r w:rsidRPr="005E2268">
        <w:rPr>
          <w:b/>
          <w:bCs/>
          <w:lang w:val="en-GB"/>
        </w:rPr>
        <w:t>ddysgu</w:t>
      </w:r>
      <w:proofErr w:type="spellEnd"/>
      <w:r w:rsidRPr="005E2268">
        <w:rPr>
          <w:lang w:val="en-GB"/>
        </w:rPr>
        <w:t>.</w:t>
      </w:r>
    </w:p>
    <w:p w14:paraId="1140C0C4" w14:textId="77777777" w:rsidR="005E2268" w:rsidRPr="005E2268" w:rsidRDefault="005E2268" w:rsidP="005E2268">
      <w:pPr>
        <w:rPr>
          <w:lang w:val="en-GB"/>
        </w:rPr>
      </w:pPr>
      <w:r w:rsidRPr="005E2268">
        <w:rPr>
          <w:lang w:val="en-GB"/>
        </w:rPr>
        <w:pict w14:anchorId="2CBFC9B4">
          <v:rect id="_x0000_i1152" style="width:0;height:1.5pt" o:hralign="center" o:hrstd="t" o:hr="t" fillcolor="#a0a0a0" stroked="f"/>
        </w:pict>
      </w:r>
    </w:p>
    <w:p w14:paraId="7C2FD779" w14:textId="77777777" w:rsidR="005E2268" w:rsidRPr="005E2268" w:rsidRDefault="005E2268" w:rsidP="005E2268">
      <w:pPr>
        <w:rPr>
          <w:b/>
          <w:bCs/>
          <w:lang w:val="en-GB"/>
        </w:rPr>
      </w:pPr>
      <w:r w:rsidRPr="005E2268">
        <w:rPr>
          <w:b/>
          <w:bCs/>
          <w:lang w:val="en-GB"/>
        </w:rPr>
        <w:t xml:space="preserve">2. </w:t>
      </w:r>
      <w:proofErr w:type="spellStart"/>
      <w:r w:rsidRPr="005E2268">
        <w:rPr>
          <w:b/>
          <w:bCs/>
          <w:lang w:val="en-GB"/>
        </w:rPr>
        <w:t>Egwyddorion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Craidd</w:t>
      </w:r>
      <w:proofErr w:type="spellEnd"/>
    </w:p>
    <w:p w14:paraId="526A269B" w14:textId="77777777" w:rsidR="005E2268" w:rsidRPr="005E2268" w:rsidRDefault="005E2268">
      <w:pPr>
        <w:numPr>
          <w:ilvl w:val="0"/>
          <w:numId w:val="7"/>
        </w:numPr>
        <w:rPr>
          <w:lang w:val="en-GB"/>
        </w:rPr>
      </w:pPr>
      <w:proofErr w:type="spellStart"/>
      <w:r w:rsidRPr="005E2268">
        <w:rPr>
          <w:b/>
          <w:bCs/>
          <w:lang w:val="en-GB"/>
        </w:rPr>
        <w:t>Ymddygiad</w:t>
      </w:r>
      <w:proofErr w:type="spellEnd"/>
      <w:r w:rsidRPr="005E2268">
        <w:rPr>
          <w:b/>
          <w:bCs/>
          <w:lang w:val="en-GB"/>
        </w:rPr>
        <w:t xml:space="preserve"> = </w:t>
      </w:r>
      <w:proofErr w:type="spellStart"/>
      <w:r w:rsidRPr="005E2268">
        <w:rPr>
          <w:b/>
          <w:bCs/>
          <w:lang w:val="en-GB"/>
        </w:rPr>
        <w:t>Cyfathrebu</w:t>
      </w:r>
      <w:proofErr w:type="spellEnd"/>
      <w:r w:rsidRPr="005E2268">
        <w:rPr>
          <w:lang w:val="en-GB"/>
        </w:rPr>
        <w:t xml:space="preserve">: Mae </w:t>
      </w:r>
      <w:proofErr w:type="spellStart"/>
      <w:r w:rsidRPr="005E2268">
        <w:rPr>
          <w:lang w:val="en-GB"/>
        </w:rPr>
        <w:t>ymddygiad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arwydd</w:t>
      </w:r>
      <w:proofErr w:type="spellEnd"/>
      <w:r w:rsidRPr="005E2268">
        <w:rPr>
          <w:lang w:val="en-GB"/>
        </w:rPr>
        <w:t xml:space="preserve"> o </w:t>
      </w:r>
      <w:proofErr w:type="spellStart"/>
      <w:r w:rsidRPr="005E2268">
        <w:rPr>
          <w:lang w:val="en-GB"/>
        </w:rPr>
        <w:t>anghenion</w:t>
      </w:r>
      <w:proofErr w:type="spellEnd"/>
      <w:r w:rsidRPr="005E2268">
        <w:rPr>
          <w:lang w:val="en-GB"/>
        </w:rPr>
        <w:t xml:space="preserve">. </w:t>
      </w:r>
      <w:proofErr w:type="spellStart"/>
      <w:r w:rsidRPr="005E2268">
        <w:rPr>
          <w:lang w:val="en-GB"/>
        </w:rPr>
        <w:t>Rydym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ymateb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gyda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chwilfrydedd</w:t>
      </w:r>
      <w:proofErr w:type="spellEnd"/>
      <w:r w:rsidRPr="005E2268">
        <w:rPr>
          <w:lang w:val="en-GB"/>
        </w:rPr>
        <w:t xml:space="preserve"> a gofal.</w:t>
      </w:r>
    </w:p>
    <w:p w14:paraId="4D57E6A5" w14:textId="77777777" w:rsidR="005E2268" w:rsidRPr="005E2268" w:rsidRDefault="005E2268">
      <w:pPr>
        <w:numPr>
          <w:ilvl w:val="0"/>
          <w:numId w:val="7"/>
        </w:numPr>
        <w:rPr>
          <w:lang w:val="en-GB"/>
        </w:rPr>
      </w:pPr>
      <w:proofErr w:type="spellStart"/>
      <w:r w:rsidRPr="005E2268">
        <w:rPr>
          <w:b/>
          <w:bCs/>
          <w:lang w:val="en-GB"/>
        </w:rPr>
        <w:t>Rheoleiddio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cyn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addysgu</w:t>
      </w:r>
      <w:proofErr w:type="spellEnd"/>
      <w:r w:rsidRPr="005E2268">
        <w:rPr>
          <w:lang w:val="en-GB"/>
        </w:rPr>
        <w:t xml:space="preserve">: </w:t>
      </w:r>
      <w:proofErr w:type="spellStart"/>
      <w:r w:rsidRPr="005E2268">
        <w:rPr>
          <w:lang w:val="en-GB"/>
        </w:rPr>
        <w:t>Rydym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cefnogi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cyd-reoleiddio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gyntaf</w:t>
      </w:r>
      <w:proofErr w:type="spellEnd"/>
      <w:r w:rsidRPr="005E2268">
        <w:rPr>
          <w:lang w:val="en-GB"/>
        </w:rPr>
        <w:t xml:space="preserve">, ac </w:t>
      </w:r>
      <w:proofErr w:type="spellStart"/>
      <w:r w:rsidRPr="005E2268">
        <w:rPr>
          <w:lang w:val="en-GB"/>
        </w:rPr>
        <w:t>yna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dysgu</w:t>
      </w:r>
      <w:proofErr w:type="spellEnd"/>
      <w:r w:rsidRPr="005E2268">
        <w:rPr>
          <w:lang w:val="en-GB"/>
        </w:rPr>
        <w:t>.</w:t>
      </w:r>
    </w:p>
    <w:p w14:paraId="403815B8" w14:textId="77777777" w:rsidR="005E2268" w:rsidRPr="005E2268" w:rsidRDefault="005E2268">
      <w:pPr>
        <w:numPr>
          <w:ilvl w:val="0"/>
          <w:numId w:val="7"/>
        </w:numPr>
        <w:rPr>
          <w:lang w:val="en-GB"/>
        </w:rPr>
      </w:pPr>
      <w:proofErr w:type="spellStart"/>
      <w:r w:rsidRPr="005E2268">
        <w:rPr>
          <w:b/>
          <w:bCs/>
          <w:lang w:val="en-GB"/>
        </w:rPr>
        <w:t>Perthnasoedd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yn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gyntaf</w:t>
      </w:r>
      <w:proofErr w:type="spellEnd"/>
      <w:r w:rsidRPr="005E2268">
        <w:rPr>
          <w:lang w:val="en-GB"/>
        </w:rPr>
        <w:t xml:space="preserve">: </w:t>
      </w:r>
      <w:proofErr w:type="spellStart"/>
      <w:r w:rsidRPr="005E2268">
        <w:rPr>
          <w:lang w:val="en-GB"/>
        </w:rPr>
        <w:t>Buddsoddi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amser</w:t>
      </w:r>
      <w:proofErr w:type="spellEnd"/>
      <w:r w:rsidRPr="005E2268">
        <w:rPr>
          <w:lang w:val="en-GB"/>
        </w:rPr>
        <w:t xml:space="preserve"> i </w:t>
      </w:r>
      <w:proofErr w:type="spellStart"/>
      <w:r w:rsidRPr="005E2268">
        <w:rPr>
          <w:lang w:val="en-GB"/>
        </w:rPr>
        <w:t>adeiladu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cysylltiadau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ymddiriedus</w:t>
      </w:r>
      <w:proofErr w:type="spellEnd"/>
      <w:r w:rsidRPr="005E2268">
        <w:rPr>
          <w:lang w:val="en-GB"/>
        </w:rPr>
        <w:t xml:space="preserve"> a </w:t>
      </w:r>
      <w:proofErr w:type="spellStart"/>
      <w:r w:rsidRPr="005E2268">
        <w:rPr>
          <w:lang w:val="en-GB"/>
        </w:rPr>
        <w:t>chefnogol</w:t>
      </w:r>
      <w:proofErr w:type="spellEnd"/>
      <w:r w:rsidRPr="005E2268">
        <w:rPr>
          <w:lang w:val="en-GB"/>
        </w:rPr>
        <w:t>.</w:t>
      </w:r>
    </w:p>
    <w:p w14:paraId="42A5FC26" w14:textId="77777777" w:rsidR="005E2268" w:rsidRPr="005E2268" w:rsidRDefault="005E2268">
      <w:pPr>
        <w:numPr>
          <w:ilvl w:val="0"/>
          <w:numId w:val="7"/>
        </w:numPr>
        <w:rPr>
          <w:lang w:val="en-GB"/>
        </w:rPr>
      </w:pPr>
      <w:proofErr w:type="spellStart"/>
      <w:r w:rsidRPr="005E2268">
        <w:rPr>
          <w:b/>
          <w:bCs/>
          <w:lang w:val="en-GB"/>
        </w:rPr>
        <w:t>Trwsio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yn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hytrach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na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chosbi</w:t>
      </w:r>
      <w:proofErr w:type="spellEnd"/>
      <w:r w:rsidRPr="005E2268">
        <w:rPr>
          <w:lang w:val="en-GB"/>
        </w:rPr>
        <w:t xml:space="preserve">: </w:t>
      </w:r>
      <w:proofErr w:type="spellStart"/>
      <w:r w:rsidRPr="005E2268">
        <w:rPr>
          <w:lang w:val="en-GB"/>
        </w:rPr>
        <w:t>Rydym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canolbwyntio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ar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gyfrifoldeb</w:t>
      </w:r>
      <w:proofErr w:type="spellEnd"/>
      <w:r w:rsidRPr="005E2268">
        <w:rPr>
          <w:lang w:val="en-GB"/>
        </w:rPr>
        <w:t xml:space="preserve">, </w:t>
      </w:r>
      <w:proofErr w:type="spellStart"/>
      <w:r w:rsidRPr="005E2268">
        <w:rPr>
          <w:lang w:val="en-GB"/>
        </w:rPr>
        <w:t>dysgu</w:t>
      </w:r>
      <w:proofErr w:type="spellEnd"/>
      <w:r w:rsidRPr="005E2268">
        <w:rPr>
          <w:lang w:val="en-GB"/>
        </w:rPr>
        <w:t xml:space="preserve"> ac </w:t>
      </w:r>
      <w:proofErr w:type="spellStart"/>
      <w:r w:rsidRPr="005E2268">
        <w:rPr>
          <w:lang w:val="en-GB"/>
        </w:rPr>
        <w:t>adfer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perthnasoedd</w:t>
      </w:r>
      <w:proofErr w:type="spellEnd"/>
      <w:r w:rsidRPr="005E2268">
        <w:rPr>
          <w:lang w:val="en-GB"/>
        </w:rPr>
        <w:t xml:space="preserve">, </w:t>
      </w:r>
      <w:proofErr w:type="spellStart"/>
      <w:r w:rsidRPr="005E2268">
        <w:rPr>
          <w:lang w:val="en-GB"/>
        </w:rPr>
        <w:t>gan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ddefnyddio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canlyniadau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naturiol</w:t>
      </w:r>
      <w:proofErr w:type="spellEnd"/>
      <w:r w:rsidRPr="005E2268">
        <w:rPr>
          <w:lang w:val="en-GB"/>
        </w:rPr>
        <w:t xml:space="preserve"> a </w:t>
      </w:r>
      <w:proofErr w:type="spellStart"/>
      <w:r w:rsidRPr="005E2268">
        <w:rPr>
          <w:lang w:val="en-GB"/>
        </w:rPr>
        <w:t>rhesymegol</w:t>
      </w:r>
      <w:proofErr w:type="spellEnd"/>
      <w:r w:rsidRPr="005E2268">
        <w:rPr>
          <w:lang w:val="en-GB"/>
        </w:rPr>
        <w:t>.</w:t>
      </w:r>
    </w:p>
    <w:p w14:paraId="74C72281" w14:textId="77777777" w:rsidR="005E2268" w:rsidRPr="005E2268" w:rsidRDefault="005E2268">
      <w:pPr>
        <w:numPr>
          <w:ilvl w:val="0"/>
          <w:numId w:val="7"/>
        </w:numPr>
        <w:rPr>
          <w:lang w:val="en-GB"/>
        </w:rPr>
      </w:pPr>
      <w:proofErr w:type="spellStart"/>
      <w:r w:rsidRPr="005E2268">
        <w:rPr>
          <w:b/>
          <w:bCs/>
          <w:lang w:val="en-GB"/>
        </w:rPr>
        <w:t>Tosturi</w:t>
      </w:r>
      <w:proofErr w:type="spellEnd"/>
      <w:r w:rsidRPr="005E2268">
        <w:rPr>
          <w:lang w:val="en-GB"/>
        </w:rPr>
        <w:t xml:space="preserve">: Trin </w:t>
      </w:r>
      <w:proofErr w:type="spellStart"/>
      <w:r w:rsidRPr="005E2268">
        <w:rPr>
          <w:lang w:val="en-GB"/>
        </w:rPr>
        <w:t>pob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plentyn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gyda’r</w:t>
      </w:r>
      <w:proofErr w:type="spellEnd"/>
      <w:r w:rsidRPr="005E2268">
        <w:rPr>
          <w:lang w:val="en-GB"/>
        </w:rPr>
        <w:t xml:space="preserve"> un gofal ag y </w:t>
      </w:r>
      <w:proofErr w:type="spellStart"/>
      <w:r w:rsidRPr="005E2268">
        <w:rPr>
          <w:lang w:val="en-GB"/>
        </w:rPr>
        <w:t>byddem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ei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ddangos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i’n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hanwyliaid</w:t>
      </w:r>
      <w:proofErr w:type="spellEnd"/>
      <w:r w:rsidRPr="005E2268">
        <w:rPr>
          <w:lang w:val="en-GB"/>
        </w:rPr>
        <w:t>.</w:t>
      </w:r>
    </w:p>
    <w:p w14:paraId="1683B3DD" w14:textId="77777777" w:rsidR="005E2268" w:rsidRPr="005E2268" w:rsidRDefault="005E2268">
      <w:pPr>
        <w:numPr>
          <w:ilvl w:val="0"/>
          <w:numId w:val="7"/>
        </w:numPr>
        <w:rPr>
          <w:lang w:val="en-GB"/>
        </w:rPr>
      </w:pPr>
      <w:proofErr w:type="spellStart"/>
      <w:r w:rsidRPr="005E2268">
        <w:rPr>
          <w:b/>
          <w:bCs/>
          <w:lang w:val="en-GB"/>
        </w:rPr>
        <w:t>Cynhwysiant</w:t>
      </w:r>
      <w:proofErr w:type="spellEnd"/>
      <w:r w:rsidRPr="005E2268">
        <w:rPr>
          <w:lang w:val="en-GB"/>
        </w:rPr>
        <w:t xml:space="preserve">: Mae </w:t>
      </w:r>
      <w:proofErr w:type="spellStart"/>
      <w:r w:rsidRPr="005E2268">
        <w:rPr>
          <w:lang w:val="en-GB"/>
        </w:rPr>
        <w:t>pob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plentyn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perthyn</w:t>
      </w:r>
      <w:proofErr w:type="spellEnd"/>
      <w:r w:rsidRPr="005E2268">
        <w:rPr>
          <w:lang w:val="en-GB"/>
        </w:rPr>
        <w:t>.</w:t>
      </w:r>
    </w:p>
    <w:p w14:paraId="5597E8A5" w14:textId="77777777" w:rsidR="005E2268" w:rsidRPr="005E2268" w:rsidRDefault="005E2268">
      <w:pPr>
        <w:numPr>
          <w:ilvl w:val="0"/>
          <w:numId w:val="7"/>
        </w:numPr>
        <w:rPr>
          <w:lang w:val="en-GB"/>
        </w:rPr>
      </w:pPr>
      <w:r w:rsidRPr="005E2268">
        <w:rPr>
          <w:b/>
          <w:bCs/>
          <w:lang w:val="en-GB"/>
        </w:rPr>
        <w:t xml:space="preserve">Deall </w:t>
      </w:r>
      <w:proofErr w:type="spellStart"/>
      <w:r w:rsidRPr="005E2268">
        <w:rPr>
          <w:b/>
          <w:bCs/>
          <w:lang w:val="en-GB"/>
        </w:rPr>
        <w:t>Ymddygiad</w:t>
      </w:r>
      <w:proofErr w:type="spellEnd"/>
      <w:r w:rsidRPr="005E2268">
        <w:rPr>
          <w:lang w:val="en-GB"/>
        </w:rPr>
        <w:t xml:space="preserve">: </w:t>
      </w:r>
      <w:proofErr w:type="spellStart"/>
      <w:r w:rsidRPr="005E2268">
        <w:rPr>
          <w:lang w:val="en-GB"/>
        </w:rPr>
        <w:t>Cydnabod</w:t>
      </w:r>
      <w:proofErr w:type="spellEnd"/>
      <w:r w:rsidRPr="005E2268">
        <w:rPr>
          <w:lang w:val="en-GB"/>
        </w:rPr>
        <w:t xml:space="preserve"> bod </w:t>
      </w:r>
      <w:proofErr w:type="spellStart"/>
      <w:r w:rsidRPr="005E2268">
        <w:rPr>
          <w:lang w:val="en-GB"/>
        </w:rPr>
        <w:t>ymddygiad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cyfleu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anghenion</w:t>
      </w:r>
      <w:proofErr w:type="spellEnd"/>
      <w:r w:rsidRPr="005E2268">
        <w:rPr>
          <w:lang w:val="en-GB"/>
        </w:rPr>
        <w:t xml:space="preserve">; bod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chwilfrydig</w:t>
      </w:r>
      <w:proofErr w:type="spellEnd"/>
      <w:r w:rsidRPr="005E2268">
        <w:rPr>
          <w:lang w:val="en-GB"/>
        </w:rPr>
        <w:t xml:space="preserve"> ac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sylwgar</w:t>
      </w:r>
      <w:proofErr w:type="spellEnd"/>
      <w:r w:rsidRPr="005E2268">
        <w:rPr>
          <w:lang w:val="en-GB"/>
        </w:rPr>
        <w:t>.</w:t>
      </w:r>
    </w:p>
    <w:p w14:paraId="3FC4E718" w14:textId="77777777" w:rsidR="005E2268" w:rsidRPr="005E2268" w:rsidRDefault="005E2268">
      <w:pPr>
        <w:numPr>
          <w:ilvl w:val="0"/>
          <w:numId w:val="7"/>
        </w:numPr>
        <w:rPr>
          <w:lang w:val="en-GB"/>
        </w:rPr>
      </w:pPr>
      <w:proofErr w:type="spellStart"/>
      <w:r w:rsidRPr="005E2268">
        <w:rPr>
          <w:b/>
          <w:bCs/>
          <w:lang w:val="en-GB"/>
        </w:rPr>
        <w:t>Ymatebion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Tawel</w:t>
      </w:r>
      <w:proofErr w:type="spellEnd"/>
      <w:r w:rsidRPr="005E2268">
        <w:rPr>
          <w:b/>
          <w:bCs/>
          <w:lang w:val="en-GB"/>
        </w:rPr>
        <w:t xml:space="preserve"> a </w:t>
      </w:r>
      <w:proofErr w:type="spellStart"/>
      <w:r w:rsidRPr="005E2268">
        <w:rPr>
          <w:b/>
          <w:bCs/>
          <w:lang w:val="en-GB"/>
        </w:rPr>
        <w:t>Phwrpasol</w:t>
      </w:r>
      <w:proofErr w:type="spellEnd"/>
      <w:r w:rsidRPr="005E2268">
        <w:rPr>
          <w:lang w:val="en-GB"/>
        </w:rPr>
        <w:t xml:space="preserve">: </w:t>
      </w:r>
      <w:proofErr w:type="spellStart"/>
      <w:r w:rsidRPr="005E2268">
        <w:rPr>
          <w:lang w:val="en-GB"/>
        </w:rPr>
        <w:t>Ymateb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bwyllog</w:t>
      </w:r>
      <w:proofErr w:type="spellEnd"/>
      <w:r w:rsidRPr="005E2268">
        <w:rPr>
          <w:lang w:val="en-GB"/>
        </w:rPr>
        <w:t xml:space="preserve"> ac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gymesur</w:t>
      </w:r>
      <w:proofErr w:type="spellEnd"/>
      <w:r w:rsidRPr="005E2268">
        <w:rPr>
          <w:lang w:val="en-GB"/>
        </w:rPr>
        <w:t xml:space="preserve">, </w:t>
      </w:r>
      <w:proofErr w:type="spellStart"/>
      <w:r w:rsidRPr="005E2268">
        <w:rPr>
          <w:lang w:val="en-GB"/>
        </w:rPr>
        <w:t>nid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fyrbwyll</w:t>
      </w:r>
      <w:proofErr w:type="spellEnd"/>
      <w:r w:rsidRPr="005E2268">
        <w:rPr>
          <w:lang w:val="en-GB"/>
        </w:rPr>
        <w:t xml:space="preserve">. Y dull </w:t>
      </w:r>
      <w:proofErr w:type="spellStart"/>
      <w:r w:rsidRPr="005E2268">
        <w:rPr>
          <w:lang w:val="en-GB"/>
        </w:rPr>
        <w:t>lleiaf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ymyrrol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gyntaf</w:t>
      </w:r>
      <w:proofErr w:type="spellEnd"/>
      <w:r w:rsidRPr="005E2268">
        <w:rPr>
          <w:lang w:val="en-GB"/>
        </w:rPr>
        <w:t>.</w:t>
      </w:r>
    </w:p>
    <w:p w14:paraId="7FE265CC" w14:textId="77777777" w:rsidR="005E2268" w:rsidRPr="005E2268" w:rsidRDefault="005E2268">
      <w:pPr>
        <w:numPr>
          <w:ilvl w:val="0"/>
          <w:numId w:val="7"/>
        </w:numPr>
        <w:rPr>
          <w:lang w:val="en-GB"/>
        </w:rPr>
      </w:pPr>
      <w:proofErr w:type="spellStart"/>
      <w:r w:rsidRPr="005E2268">
        <w:rPr>
          <w:b/>
          <w:bCs/>
          <w:lang w:val="en-GB"/>
        </w:rPr>
        <w:t>Diogelwch</w:t>
      </w:r>
      <w:proofErr w:type="spellEnd"/>
      <w:r w:rsidRPr="005E2268">
        <w:rPr>
          <w:lang w:val="en-GB"/>
        </w:rPr>
        <w:t xml:space="preserve">: </w:t>
      </w:r>
      <w:proofErr w:type="spellStart"/>
      <w:r w:rsidRPr="005E2268">
        <w:rPr>
          <w:lang w:val="en-GB"/>
        </w:rPr>
        <w:t>Blaenoriaethu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diogelwch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corfforol</w:t>
      </w:r>
      <w:proofErr w:type="spellEnd"/>
      <w:r w:rsidRPr="005E2268">
        <w:rPr>
          <w:lang w:val="en-GB"/>
        </w:rPr>
        <w:t xml:space="preserve"> ac </w:t>
      </w:r>
      <w:proofErr w:type="spellStart"/>
      <w:r w:rsidRPr="005E2268">
        <w:rPr>
          <w:lang w:val="en-GB"/>
        </w:rPr>
        <w:t>emosiynol</w:t>
      </w:r>
      <w:proofErr w:type="spellEnd"/>
      <w:r w:rsidRPr="005E2268">
        <w:rPr>
          <w:lang w:val="en-GB"/>
        </w:rPr>
        <w:t xml:space="preserve"> bob </w:t>
      </w:r>
      <w:proofErr w:type="spellStart"/>
      <w:r w:rsidRPr="005E2268">
        <w:rPr>
          <w:lang w:val="en-GB"/>
        </w:rPr>
        <w:t>amser</w:t>
      </w:r>
      <w:proofErr w:type="spellEnd"/>
      <w:r w:rsidRPr="005E2268">
        <w:rPr>
          <w:lang w:val="en-GB"/>
        </w:rPr>
        <w:t>.</w:t>
      </w:r>
    </w:p>
    <w:p w14:paraId="2B683A66" w14:textId="77777777" w:rsidR="005E2268" w:rsidRPr="005E2268" w:rsidRDefault="005E2268">
      <w:pPr>
        <w:numPr>
          <w:ilvl w:val="0"/>
          <w:numId w:val="7"/>
        </w:numPr>
        <w:rPr>
          <w:lang w:val="en-GB"/>
        </w:rPr>
      </w:pPr>
      <w:proofErr w:type="spellStart"/>
      <w:r w:rsidRPr="005E2268">
        <w:rPr>
          <w:b/>
          <w:bCs/>
          <w:lang w:val="en-GB"/>
        </w:rPr>
        <w:lastRenderedPageBreak/>
        <w:t>Cefnogaeth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Ragweithiol</w:t>
      </w:r>
      <w:proofErr w:type="spellEnd"/>
      <w:r w:rsidRPr="005E2268">
        <w:rPr>
          <w:lang w:val="en-GB"/>
        </w:rPr>
        <w:t xml:space="preserve">: </w:t>
      </w:r>
      <w:proofErr w:type="spellStart"/>
      <w:r w:rsidRPr="005E2268">
        <w:rPr>
          <w:lang w:val="en-GB"/>
        </w:rPr>
        <w:t>Rhagweld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anghenion</w:t>
      </w:r>
      <w:proofErr w:type="spellEnd"/>
      <w:r w:rsidRPr="005E2268">
        <w:rPr>
          <w:lang w:val="en-GB"/>
        </w:rPr>
        <w:t xml:space="preserve"> a </w:t>
      </w:r>
      <w:proofErr w:type="spellStart"/>
      <w:r w:rsidRPr="005E2268">
        <w:rPr>
          <w:lang w:val="en-GB"/>
        </w:rPr>
        <w:t>gweithio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mewn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partneriaeth</w:t>
      </w:r>
      <w:proofErr w:type="spellEnd"/>
      <w:r w:rsidRPr="005E2268">
        <w:rPr>
          <w:lang w:val="en-GB"/>
        </w:rPr>
        <w:t xml:space="preserve"> â </w:t>
      </w:r>
      <w:proofErr w:type="spellStart"/>
      <w:r w:rsidRPr="005E2268">
        <w:rPr>
          <w:lang w:val="en-GB"/>
        </w:rPr>
        <w:t>theuluoedd</w:t>
      </w:r>
      <w:proofErr w:type="spellEnd"/>
      <w:r w:rsidRPr="005E2268">
        <w:rPr>
          <w:lang w:val="en-GB"/>
        </w:rPr>
        <w:t xml:space="preserve"> ac </w:t>
      </w:r>
      <w:proofErr w:type="spellStart"/>
      <w:r w:rsidRPr="005E2268">
        <w:rPr>
          <w:lang w:val="en-GB"/>
        </w:rPr>
        <w:t>asiantaethau</w:t>
      </w:r>
      <w:proofErr w:type="spellEnd"/>
      <w:r w:rsidRPr="005E2268">
        <w:rPr>
          <w:lang w:val="en-GB"/>
        </w:rPr>
        <w:t>.</w:t>
      </w:r>
    </w:p>
    <w:p w14:paraId="5895151F" w14:textId="77777777" w:rsidR="005E2268" w:rsidRPr="005E2268" w:rsidRDefault="005E2268">
      <w:pPr>
        <w:numPr>
          <w:ilvl w:val="0"/>
          <w:numId w:val="7"/>
        </w:numPr>
        <w:rPr>
          <w:lang w:val="en-GB"/>
        </w:rPr>
      </w:pPr>
      <w:r w:rsidRPr="005E2268">
        <w:rPr>
          <w:b/>
          <w:bCs/>
          <w:lang w:val="en-GB"/>
        </w:rPr>
        <w:t>Dad-</w:t>
      </w:r>
      <w:proofErr w:type="spellStart"/>
      <w:r w:rsidRPr="005E2268">
        <w:rPr>
          <w:b/>
          <w:bCs/>
          <w:lang w:val="en-GB"/>
        </w:rPr>
        <w:t>ddwysáu</w:t>
      </w:r>
      <w:proofErr w:type="spellEnd"/>
      <w:r w:rsidRPr="005E2268">
        <w:rPr>
          <w:lang w:val="en-GB"/>
        </w:rPr>
        <w:t xml:space="preserve">: </w:t>
      </w:r>
      <w:proofErr w:type="spellStart"/>
      <w:r w:rsidRPr="005E2268">
        <w:rPr>
          <w:lang w:val="en-GB"/>
        </w:rPr>
        <w:t>Canolbwyntio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ar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leihau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tensiwn</w:t>
      </w:r>
      <w:proofErr w:type="spellEnd"/>
      <w:r w:rsidRPr="005E2268">
        <w:rPr>
          <w:lang w:val="en-GB"/>
        </w:rPr>
        <w:t xml:space="preserve"> a </w:t>
      </w:r>
      <w:proofErr w:type="spellStart"/>
      <w:r w:rsidRPr="005E2268">
        <w:rPr>
          <w:lang w:val="en-GB"/>
        </w:rPr>
        <w:t>hyrwyddo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tawelwch</w:t>
      </w:r>
      <w:proofErr w:type="spellEnd"/>
      <w:r w:rsidRPr="005E2268">
        <w:rPr>
          <w:lang w:val="en-GB"/>
        </w:rPr>
        <w:t>.</w:t>
      </w:r>
    </w:p>
    <w:p w14:paraId="6A583DB2" w14:textId="77777777" w:rsidR="005E2268" w:rsidRPr="005E2268" w:rsidRDefault="005E2268">
      <w:pPr>
        <w:numPr>
          <w:ilvl w:val="0"/>
          <w:numId w:val="7"/>
        </w:numPr>
        <w:rPr>
          <w:lang w:val="en-GB"/>
        </w:rPr>
      </w:pPr>
      <w:proofErr w:type="spellStart"/>
      <w:r w:rsidRPr="005E2268">
        <w:rPr>
          <w:b/>
          <w:bCs/>
          <w:lang w:val="en-GB"/>
        </w:rPr>
        <w:t>Rheoleiddio</w:t>
      </w:r>
      <w:proofErr w:type="spellEnd"/>
      <w:r w:rsidRPr="005E2268">
        <w:rPr>
          <w:b/>
          <w:bCs/>
          <w:lang w:val="en-GB"/>
        </w:rPr>
        <w:t xml:space="preserve">, </w:t>
      </w:r>
      <w:proofErr w:type="spellStart"/>
      <w:r w:rsidRPr="005E2268">
        <w:rPr>
          <w:b/>
          <w:bCs/>
          <w:lang w:val="en-GB"/>
        </w:rPr>
        <w:t>yna</w:t>
      </w:r>
      <w:proofErr w:type="spellEnd"/>
      <w:r w:rsidRPr="005E2268">
        <w:rPr>
          <w:b/>
          <w:bCs/>
          <w:lang w:val="en-GB"/>
        </w:rPr>
        <w:t xml:space="preserve"> Dysgu</w:t>
      </w:r>
      <w:r w:rsidRPr="005E2268">
        <w:rPr>
          <w:lang w:val="en-GB"/>
        </w:rPr>
        <w:t xml:space="preserve">: </w:t>
      </w:r>
      <w:proofErr w:type="spellStart"/>
      <w:r w:rsidRPr="005E2268">
        <w:rPr>
          <w:lang w:val="en-GB"/>
        </w:rPr>
        <w:t>Cefnogi</w:t>
      </w:r>
      <w:proofErr w:type="spellEnd"/>
      <w:r w:rsidRPr="005E2268">
        <w:rPr>
          <w:lang w:val="en-GB"/>
        </w:rPr>
        <w:t xml:space="preserve"> plant i </w:t>
      </w:r>
      <w:proofErr w:type="spellStart"/>
      <w:r w:rsidRPr="005E2268">
        <w:rPr>
          <w:lang w:val="en-GB"/>
        </w:rPr>
        <w:t>hunanreoleiddio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disgwyl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dysgu</w:t>
      </w:r>
      <w:proofErr w:type="spellEnd"/>
      <w:r w:rsidRPr="005E2268">
        <w:rPr>
          <w:lang w:val="en-GB"/>
        </w:rPr>
        <w:t xml:space="preserve"> neu </w:t>
      </w:r>
      <w:proofErr w:type="spellStart"/>
      <w:r w:rsidRPr="005E2268">
        <w:rPr>
          <w:lang w:val="en-GB"/>
        </w:rPr>
        <w:t>fyfyrio</w:t>
      </w:r>
      <w:proofErr w:type="spellEnd"/>
      <w:r w:rsidRPr="005E2268">
        <w:rPr>
          <w:lang w:val="en-GB"/>
        </w:rPr>
        <w:t>.</w:t>
      </w:r>
    </w:p>
    <w:p w14:paraId="5643C408" w14:textId="77777777" w:rsidR="005E2268" w:rsidRPr="005E2268" w:rsidRDefault="005E2268">
      <w:pPr>
        <w:numPr>
          <w:ilvl w:val="0"/>
          <w:numId w:val="7"/>
        </w:numPr>
        <w:rPr>
          <w:lang w:val="en-GB"/>
        </w:rPr>
      </w:pPr>
      <w:r w:rsidRPr="005E2268">
        <w:rPr>
          <w:b/>
          <w:bCs/>
          <w:lang w:val="en-GB"/>
        </w:rPr>
        <w:t>Parch</w:t>
      </w:r>
      <w:r w:rsidRPr="005E2268">
        <w:rPr>
          <w:lang w:val="en-GB"/>
        </w:rPr>
        <w:t xml:space="preserve">: Trin </w:t>
      </w:r>
      <w:proofErr w:type="spellStart"/>
      <w:r w:rsidRPr="005E2268">
        <w:rPr>
          <w:lang w:val="en-GB"/>
        </w:rPr>
        <w:t>pob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plentyn</w:t>
      </w:r>
      <w:proofErr w:type="spellEnd"/>
      <w:r w:rsidRPr="005E2268">
        <w:rPr>
          <w:lang w:val="en-GB"/>
        </w:rPr>
        <w:t xml:space="preserve"> a </w:t>
      </w:r>
      <w:proofErr w:type="spellStart"/>
      <w:r w:rsidRPr="005E2268">
        <w:rPr>
          <w:lang w:val="en-GB"/>
        </w:rPr>
        <w:t>chydweithiwr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gyda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urddas</w:t>
      </w:r>
      <w:proofErr w:type="spellEnd"/>
      <w:r w:rsidRPr="005E2268">
        <w:rPr>
          <w:lang w:val="en-GB"/>
        </w:rPr>
        <w:t xml:space="preserve"> a </w:t>
      </w:r>
      <w:proofErr w:type="spellStart"/>
      <w:r w:rsidRPr="005E2268">
        <w:rPr>
          <w:lang w:val="en-GB"/>
        </w:rPr>
        <w:t>thegwch</w:t>
      </w:r>
      <w:proofErr w:type="spellEnd"/>
      <w:r w:rsidRPr="005E2268">
        <w:rPr>
          <w:lang w:val="en-GB"/>
        </w:rPr>
        <w:t>.</w:t>
      </w:r>
    </w:p>
    <w:p w14:paraId="00C4561B" w14:textId="77777777" w:rsidR="005E2268" w:rsidRPr="005E2268" w:rsidRDefault="005E2268">
      <w:pPr>
        <w:numPr>
          <w:ilvl w:val="0"/>
          <w:numId w:val="7"/>
        </w:numPr>
        <w:rPr>
          <w:lang w:val="en-GB"/>
        </w:rPr>
      </w:pPr>
      <w:proofErr w:type="spellStart"/>
      <w:r w:rsidRPr="005E2268">
        <w:rPr>
          <w:b/>
          <w:bCs/>
          <w:lang w:val="en-GB"/>
        </w:rPr>
        <w:t>Myfyrio</w:t>
      </w:r>
      <w:proofErr w:type="spellEnd"/>
      <w:r w:rsidRPr="005E2268">
        <w:rPr>
          <w:lang w:val="en-GB"/>
        </w:rPr>
        <w:t xml:space="preserve">: Dysgu o </w:t>
      </w:r>
      <w:proofErr w:type="spellStart"/>
      <w:r w:rsidRPr="005E2268">
        <w:rPr>
          <w:lang w:val="en-GB"/>
        </w:rPr>
        <w:t>brofiadau</w:t>
      </w:r>
      <w:proofErr w:type="spellEnd"/>
      <w:r w:rsidRPr="005E2268">
        <w:rPr>
          <w:lang w:val="en-GB"/>
        </w:rPr>
        <w:t xml:space="preserve"> a </w:t>
      </w:r>
      <w:proofErr w:type="spellStart"/>
      <w:r w:rsidRPr="005E2268">
        <w:rPr>
          <w:lang w:val="en-GB"/>
        </w:rPr>
        <w:t>gwella</w:t>
      </w:r>
      <w:proofErr w:type="spellEnd"/>
      <w:r w:rsidRPr="005E2268">
        <w:rPr>
          <w:lang w:val="en-GB"/>
        </w:rPr>
        <w:t>.</w:t>
      </w:r>
    </w:p>
    <w:p w14:paraId="0727EC34" w14:textId="77777777" w:rsidR="005E2268" w:rsidRPr="005E2268" w:rsidRDefault="005E2268">
      <w:pPr>
        <w:numPr>
          <w:ilvl w:val="0"/>
          <w:numId w:val="7"/>
        </w:numPr>
        <w:rPr>
          <w:lang w:val="en-GB"/>
        </w:rPr>
      </w:pPr>
      <w:proofErr w:type="spellStart"/>
      <w:r w:rsidRPr="005E2268">
        <w:rPr>
          <w:b/>
          <w:bCs/>
          <w:lang w:val="en-GB"/>
        </w:rPr>
        <w:t>Cysondeb</w:t>
      </w:r>
      <w:proofErr w:type="spellEnd"/>
      <w:r w:rsidRPr="005E2268">
        <w:rPr>
          <w:lang w:val="en-GB"/>
        </w:rPr>
        <w:t xml:space="preserve">: </w:t>
      </w:r>
      <w:proofErr w:type="spellStart"/>
      <w:r w:rsidRPr="005E2268">
        <w:rPr>
          <w:lang w:val="en-GB"/>
        </w:rPr>
        <w:t>Darparu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trefniadau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dibynadwy</w:t>
      </w:r>
      <w:proofErr w:type="spellEnd"/>
      <w:r w:rsidRPr="005E2268">
        <w:rPr>
          <w:lang w:val="en-GB"/>
        </w:rPr>
        <w:t xml:space="preserve"> ac </w:t>
      </w:r>
      <w:proofErr w:type="spellStart"/>
      <w:r w:rsidRPr="005E2268">
        <w:rPr>
          <w:lang w:val="en-GB"/>
        </w:rPr>
        <w:t>ymatebion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rhagweladwy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gyda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hyblygrwydd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drwy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addasiadau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rhesymol</w:t>
      </w:r>
      <w:proofErr w:type="spellEnd"/>
      <w:r w:rsidRPr="005E2268">
        <w:rPr>
          <w:lang w:val="en-GB"/>
        </w:rPr>
        <w:t>.</w:t>
      </w:r>
    </w:p>
    <w:p w14:paraId="219D48AE" w14:textId="77777777" w:rsidR="005E2268" w:rsidRPr="005E2268" w:rsidRDefault="005E2268">
      <w:pPr>
        <w:numPr>
          <w:ilvl w:val="0"/>
          <w:numId w:val="7"/>
        </w:numPr>
        <w:rPr>
          <w:lang w:val="en-GB"/>
        </w:rPr>
      </w:pPr>
      <w:r w:rsidRPr="005E2268">
        <w:rPr>
          <w:b/>
          <w:bCs/>
          <w:lang w:val="en-GB"/>
        </w:rPr>
        <w:t xml:space="preserve">Gwaith </w:t>
      </w:r>
      <w:proofErr w:type="spellStart"/>
      <w:r w:rsidRPr="005E2268">
        <w:rPr>
          <w:b/>
          <w:bCs/>
          <w:lang w:val="en-GB"/>
        </w:rPr>
        <w:t>Tîm</w:t>
      </w:r>
      <w:proofErr w:type="spellEnd"/>
      <w:r w:rsidRPr="005E2268">
        <w:rPr>
          <w:lang w:val="en-GB"/>
        </w:rPr>
        <w:t xml:space="preserve">: </w:t>
      </w:r>
      <w:proofErr w:type="spellStart"/>
      <w:r w:rsidRPr="005E2268">
        <w:rPr>
          <w:lang w:val="en-GB"/>
        </w:rPr>
        <w:t>Cydweithio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fel</w:t>
      </w:r>
      <w:proofErr w:type="spellEnd"/>
      <w:r w:rsidRPr="005E2268">
        <w:rPr>
          <w:lang w:val="en-GB"/>
        </w:rPr>
        <w:t xml:space="preserve"> staff ac </w:t>
      </w:r>
      <w:proofErr w:type="spellStart"/>
      <w:r w:rsidRPr="005E2268">
        <w:rPr>
          <w:lang w:val="en-GB"/>
        </w:rPr>
        <w:t>mewn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partneriaeth</w:t>
      </w:r>
      <w:proofErr w:type="spellEnd"/>
      <w:r w:rsidRPr="005E2268">
        <w:rPr>
          <w:lang w:val="en-GB"/>
        </w:rPr>
        <w:t xml:space="preserve"> â </w:t>
      </w:r>
      <w:proofErr w:type="spellStart"/>
      <w:r w:rsidRPr="005E2268">
        <w:rPr>
          <w:lang w:val="en-GB"/>
        </w:rPr>
        <w:t>theuluoedd</w:t>
      </w:r>
      <w:proofErr w:type="spellEnd"/>
      <w:r w:rsidRPr="005E2268">
        <w:rPr>
          <w:lang w:val="en-GB"/>
        </w:rPr>
        <w:t>.</w:t>
      </w:r>
    </w:p>
    <w:p w14:paraId="29FA0C9F" w14:textId="77777777" w:rsidR="005E2268" w:rsidRPr="005E2268" w:rsidRDefault="005E2268" w:rsidP="005E2268">
      <w:pPr>
        <w:rPr>
          <w:lang w:val="en-GB"/>
        </w:rPr>
      </w:pPr>
      <w:r w:rsidRPr="005E2268">
        <w:rPr>
          <w:lang w:val="en-GB"/>
        </w:rPr>
        <w:pict w14:anchorId="54A9C220">
          <v:rect id="_x0000_i1153" style="width:0;height:1.5pt" o:hralign="center" o:hrstd="t" o:hr="t" fillcolor="#a0a0a0" stroked="f"/>
        </w:pict>
      </w:r>
    </w:p>
    <w:p w14:paraId="78C303F1" w14:textId="77777777" w:rsidR="005E2268" w:rsidRPr="005E2268" w:rsidRDefault="005E2268" w:rsidP="005E2268">
      <w:pPr>
        <w:rPr>
          <w:b/>
          <w:bCs/>
          <w:lang w:val="en-GB"/>
        </w:rPr>
      </w:pPr>
      <w:r w:rsidRPr="005E2268">
        <w:rPr>
          <w:b/>
          <w:bCs/>
          <w:lang w:val="en-GB"/>
        </w:rPr>
        <w:t xml:space="preserve">3. </w:t>
      </w:r>
      <w:proofErr w:type="spellStart"/>
      <w:r w:rsidRPr="005E2268">
        <w:rPr>
          <w:b/>
          <w:bCs/>
          <w:lang w:val="en-GB"/>
        </w:rPr>
        <w:t>Disgwyliadau</w:t>
      </w:r>
      <w:proofErr w:type="spellEnd"/>
    </w:p>
    <w:p w14:paraId="6C7B2461" w14:textId="77777777" w:rsidR="005E2268" w:rsidRPr="005E2268" w:rsidRDefault="005E2268" w:rsidP="005E2268">
      <w:pPr>
        <w:rPr>
          <w:b/>
          <w:bCs/>
          <w:lang w:val="en-GB"/>
        </w:rPr>
      </w:pPr>
      <w:r w:rsidRPr="005E2268">
        <w:rPr>
          <w:b/>
          <w:bCs/>
          <w:lang w:val="en-GB"/>
        </w:rPr>
        <w:t xml:space="preserve">3.1 </w:t>
      </w:r>
      <w:proofErr w:type="spellStart"/>
      <w:r w:rsidRPr="005E2268">
        <w:rPr>
          <w:b/>
          <w:bCs/>
          <w:lang w:val="en-GB"/>
        </w:rPr>
        <w:t>Disgwyliadau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Disgyblion</w:t>
      </w:r>
      <w:proofErr w:type="spellEnd"/>
      <w:r w:rsidRPr="005E2268">
        <w:rPr>
          <w:b/>
          <w:bCs/>
          <w:lang w:val="en-GB"/>
        </w:rPr>
        <w:t xml:space="preserve"> (Ein </w:t>
      </w:r>
      <w:proofErr w:type="spellStart"/>
      <w:r w:rsidRPr="005E2268">
        <w:rPr>
          <w:b/>
          <w:bCs/>
          <w:lang w:val="en-GB"/>
        </w:rPr>
        <w:t>Rheolau</w:t>
      </w:r>
      <w:proofErr w:type="spellEnd"/>
      <w:r w:rsidRPr="005E2268">
        <w:rPr>
          <w:b/>
          <w:bCs/>
          <w:lang w:val="en-GB"/>
        </w:rPr>
        <w:t>)</w:t>
      </w:r>
    </w:p>
    <w:p w14:paraId="4B2F8E28" w14:textId="77777777" w:rsidR="005E2268" w:rsidRPr="005E2268" w:rsidRDefault="005E2268" w:rsidP="005E2268">
      <w:pPr>
        <w:rPr>
          <w:lang w:val="en-GB"/>
        </w:rPr>
      </w:pPr>
      <w:proofErr w:type="spellStart"/>
      <w:r w:rsidRPr="005E2268">
        <w:rPr>
          <w:lang w:val="en-GB"/>
        </w:rPr>
        <w:t>Rydym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cadw’r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rhain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syml</w:t>
      </w:r>
      <w:proofErr w:type="spellEnd"/>
      <w:r w:rsidRPr="005E2268">
        <w:rPr>
          <w:lang w:val="en-GB"/>
        </w:rPr>
        <w:t xml:space="preserve"> ac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hawdd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eu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cofio</w:t>
      </w:r>
      <w:proofErr w:type="spellEnd"/>
      <w:r w:rsidRPr="005E2268">
        <w:rPr>
          <w:lang w:val="en-GB"/>
        </w:rPr>
        <w:t>:</w:t>
      </w:r>
    </w:p>
    <w:p w14:paraId="7A6D642D" w14:textId="77777777" w:rsidR="005E2268" w:rsidRPr="005E2268" w:rsidRDefault="005E2268">
      <w:pPr>
        <w:numPr>
          <w:ilvl w:val="0"/>
          <w:numId w:val="8"/>
        </w:numPr>
        <w:rPr>
          <w:lang w:val="en-GB"/>
        </w:rPr>
      </w:pPr>
      <w:proofErr w:type="spellStart"/>
      <w:r w:rsidRPr="005E2268">
        <w:rPr>
          <w:b/>
          <w:bCs/>
          <w:lang w:val="en-GB"/>
        </w:rPr>
        <w:t>Barod</w:t>
      </w:r>
      <w:proofErr w:type="spellEnd"/>
      <w:r w:rsidRPr="005E2268">
        <w:rPr>
          <w:lang w:val="en-GB"/>
        </w:rPr>
        <w:t xml:space="preserve"> –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barod</w:t>
      </w:r>
      <w:proofErr w:type="spellEnd"/>
      <w:r w:rsidRPr="005E2268">
        <w:rPr>
          <w:lang w:val="en-GB"/>
        </w:rPr>
        <w:t xml:space="preserve"> i </w:t>
      </w:r>
      <w:proofErr w:type="spellStart"/>
      <w:r w:rsidRPr="005E2268">
        <w:rPr>
          <w:lang w:val="en-GB"/>
        </w:rPr>
        <w:t>ddysgu</w:t>
      </w:r>
      <w:proofErr w:type="spellEnd"/>
      <w:r w:rsidRPr="005E2268">
        <w:rPr>
          <w:lang w:val="en-GB"/>
        </w:rPr>
        <w:t xml:space="preserve">, </w:t>
      </w:r>
      <w:proofErr w:type="spellStart"/>
      <w:r w:rsidRPr="005E2268">
        <w:rPr>
          <w:lang w:val="en-GB"/>
        </w:rPr>
        <w:t>dilyn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trefniadau</w:t>
      </w:r>
      <w:proofErr w:type="spellEnd"/>
      <w:r w:rsidRPr="005E2268">
        <w:rPr>
          <w:lang w:val="en-GB"/>
        </w:rPr>
        <w:t xml:space="preserve"> a </w:t>
      </w:r>
      <w:proofErr w:type="spellStart"/>
      <w:r w:rsidRPr="005E2268">
        <w:rPr>
          <w:lang w:val="en-GB"/>
        </w:rPr>
        <w:t>gwneud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ein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gorau</w:t>
      </w:r>
      <w:proofErr w:type="spellEnd"/>
    </w:p>
    <w:p w14:paraId="51A915C5" w14:textId="77777777" w:rsidR="005E2268" w:rsidRPr="005E2268" w:rsidRDefault="005E2268">
      <w:pPr>
        <w:numPr>
          <w:ilvl w:val="0"/>
          <w:numId w:val="8"/>
        </w:numPr>
        <w:rPr>
          <w:lang w:val="en-GB"/>
        </w:rPr>
      </w:pPr>
      <w:proofErr w:type="spellStart"/>
      <w:r w:rsidRPr="005E2268">
        <w:rPr>
          <w:b/>
          <w:bCs/>
          <w:lang w:val="en-GB"/>
        </w:rPr>
        <w:t>Parchus</w:t>
      </w:r>
      <w:proofErr w:type="spellEnd"/>
      <w:r w:rsidRPr="005E2268">
        <w:rPr>
          <w:lang w:val="en-GB"/>
        </w:rPr>
        <w:t xml:space="preserve"> – </w:t>
      </w:r>
      <w:proofErr w:type="spellStart"/>
      <w:r w:rsidRPr="005E2268">
        <w:rPr>
          <w:lang w:val="en-GB"/>
        </w:rPr>
        <w:t>defnyddio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geiriau</w:t>
      </w:r>
      <w:proofErr w:type="spellEnd"/>
      <w:r w:rsidRPr="005E2268">
        <w:rPr>
          <w:lang w:val="en-GB"/>
        </w:rPr>
        <w:t xml:space="preserve"> a </w:t>
      </w:r>
      <w:proofErr w:type="spellStart"/>
      <w:r w:rsidRPr="005E2268">
        <w:rPr>
          <w:lang w:val="en-GB"/>
        </w:rPr>
        <w:t>gweithredoedd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caredig</w:t>
      </w:r>
      <w:proofErr w:type="spellEnd"/>
      <w:r w:rsidRPr="005E2268">
        <w:rPr>
          <w:lang w:val="en-GB"/>
        </w:rPr>
        <w:t xml:space="preserve">; </w:t>
      </w:r>
      <w:proofErr w:type="spellStart"/>
      <w:r w:rsidRPr="005E2268">
        <w:rPr>
          <w:lang w:val="en-GB"/>
        </w:rPr>
        <w:t>gofalu</w:t>
      </w:r>
      <w:proofErr w:type="spellEnd"/>
      <w:r w:rsidRPr="005E2268">
        <w:rPr>
          <w:lang w:val="en-GB"/>
        </w:rPr>
        <w:t xml:space="preserve"> am </w:t>
      </w:r>
      <w:proofErr w:type="spellStart"/>
      <w:r w:rsidRPr="005E2268">
        <w:rPr>
          <w:lang w:val="en-GB"/>
        </w:rPr>
        <w:t>ein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hunain</w:t>
      </w:r>
      <w:proofErr w:type="spellEnd"/>
      <w:r w:rsidRPr="005E2268">
        <w:rPr>
          <w:lang w:val="en-GB"/>
        </w:rPr>
        <w:t xml:space="preserve">, </w:t>
      </w:r>
      <w:proofErr w:type="spellStart"/>
      <w:r w:rsidRPr="005E2268">
        <w:rPr>
          <w:lang w:val="en-GB"/>
        </w:rPr>
        <w:t>eraill</w:t>
      </w:r>
      <w:proofErr w:type="spellEnd"/>
      <w:r w:rsidRPr="005E2268">
        <w:rPr>
          <w:lang w:val="en-GB"/>
        </w:rPr>
        <w:t xml:space="preserve"> ac </w:t>
      </w:r>
      <w:proofErr w:type="spellStart"/>
      <w:r w:rsidRPr="005E2268">
        <w:rPr>
          <w:lang w:val="en-GB"/>
        </w:rPr>
        <w:t>ein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hamgylchedd</w:t>
      </w:r>
      <w:proofErr w:type="spellEnd"/>
    </w:p>
    <w:p w14:paraId="5EB5177B" w14:textId="77777777" w:rsidR="005E2268" w:rsidRPr="005E2268" w:rsidRDefault="005E2268">
      <w:pPr>
        <w:numPr>
          <w:ilvl w:val="0"/>
          <w:numId w:val="8"/>
        </w:numPr>
        <w:rPr>
          <w:lang w:val="en-GB"/>
        </w:rPr>
      </w:pPr>
      <w:proofErr w:type="spellStart"/>
      <w:r w:rsidRPr="005E2268">
        <w:rPr>
          <w:b/>
          <w:bCs/>
          <w:lang w:val="en-GB"/>
        </w:rPr>
        <w:t>Diogel</w:t>
      </w:r>
      <w:proofErr w:type="spellEnd"/>
      <w:r w:rsidRPr="005E2268">
        <w:rPr>
          <w:lang w:val="en-GB"/>
        </w:rPr>
        <w:t xml:space="preserve"> – </w:t>
      </w:r>
      <w:proofErr w:type="spellStart"/>
      <w:r w:rsidRPr="005E2268">
        <w:rPr>
          <w:lang w:val="en-GB"/>
        </w:rPr>
        <w:t>gwneud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dewisiadau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sy’n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cadw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pawb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ddiogel</w:t>
      </w:r>
      <w:proofErr w:type="spellEnd"/>
    </w:p>
    <w:p w14:paraId="6452BF9E" w14:textId="77777777" w:rsidR="005E2268" w:rsidRPr="005E2268" w:rsidRDefault="005E2268" w:rsidP="005E2268">
      <w:pPr>
        <w:rPr>
          <w:lang w:val="en-GB"/>
        </w:rPr>
      </w:pPr>
      <w:proofErr w:type="spellStart"/>
      <w:r w:rsidRPr="005E2268">
        <w:rPr>
          <w:lang w:val="en-GB"/>
        </w:rPr>
        <w:t>Mae’r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rhain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cael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eu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dysgu</w:t>
      </w:r>
      <w:proofErr w:type="spellEnd"/>
      <w:r w:rsidRPr="005E2268">
        <w:rPr>
          <w:b/>
          <w:bCs/>
          <w:lang w:val="en-GB"/>
        </w:rPr>
        <w:t xml:space="preserve">, </w:t>
      </w:r>
      <w:proofErr w:type="spellStart"/>
      <w:r w:rsidRPr="005E2268">
        <w:rPr>
          <w:b/>
          <w:bCs/>
          <w:lang w:val="en-GB"/>
        </w:rPr>
        <w:t>modelu</w:t>
      </w:r>
      <w:proofErr w:type="spellEnd"/>
      <w:r w:rsidRPr="005E2268">
        <w:rPr>
          <w:b/>
          <w:bCs/>
          <w:lang w:val="en-GB"/>
        </w:rPr>
        <w:t xml:space="preserve">, </w:t>
      </w:r>
      <w:proofErr w:type="spellStart"/>
      <w:r w:rsidRPr="005E2268">
        <w:rPr>
          <w:b/>
          <w:bCs/>
          <w:lang w:val="en-GB"/>
        </w:rPr>
        <w:t>hymarfer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a’u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hatgoffa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ym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mhob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agwedd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ar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fywyd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ysgol</w:t>
      </w:r>
      <w:proofErr w:type="spellEnd"/>
      <w:r w:rsidRPr="005E2268">
        <w:rPr>
          <w:lang w:val="en-GB"/>
        </w:rPr>
        <w:t>.</w:t>
      </w:r>
    </w:p>
    <w:p w14:paraId="558E0CDA" w14:textId="77777777" w:rsidR="005E2268" w:rsidRPr="005E2268" w:rsidRDefault="005E2268" w:rsidP="005E2268">
      <w:pPr>
        <w:rPr>
          <w:b/>
          <w:bCs/>
          <w:lang w:val="en-GB"/>
        </w:rPr>
      </w:pPr>
      <w:proofErr w:type="spellStart"/>
      <w:r w:rsidRPr="005E2268">
        <w:rPr>
          <w:b/>
          <w:bCs/>
          <w:lang w:val="en-GB"/>
        </w:rPr>
        <w:t>Nodweddion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rydym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yn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ceisio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eu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meithrin</w:t>
      </w:r>
      <w:proofErr w:type="spellEnd"/>
      <w:r w:rsidRPr="005E2268">
        <w:rPr>
          <w:b/>
          <w:bCs/>
          <w:lang w:val="en-GB"/>
        </w:rPr>
        <w:t>:</w:t>
      </w:r>
    </w:p>
    <w:p w14:paraId="458FFC15" w14:textId="77777777" w:rsidR="005E2268" w:rsidRPr="005E2268" w:rsidRDefault="005E2268">
      <w:pPr>
        <w:numPr>
          <w:ilvl w:val="0"/>
          <w:numId w:val="9"/>
        </w:numPr>
        <w:rPr>
          <w:lang w:val="en-GB"/>
        </w:rPr>
      </w:pPr>
      <w:proofErr w:type="spellStart"/>
      <w:r w:rsidRPr="005E2268">
        <w:rPr>
          <w:b/>
          <w:bCs/>
          <w:lang w:val="en-GB"/>
        </w:rPr>
        <w:t>Dyfalbarhad</w:t>
      </w:r>
      <w:proofErr w:type="spellEnd"/>
      <w:r w:rsidRPr="005E2268">
        <w:rPr>
          <w:lang w:val="en-GB"/>
        </w:rPr>
        <w:t xml:space="preserve"> – Dal </w:t>
      </w:r>
      <w:proofErr w:type="spellStart"/>
      <w:r w:rsidRPr="005E2268">
        <w:rPr>
          <w:lang w:val="en-GB"/>
        </w:rPr>
        <w:t>ati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hyd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oed</w:t>
      </w:r>
      <w:proofErr w:type="spellEnd"/>
      <w:r w:rsidRPr="005E2268">
        <w:rPr>
          <w:lang w:val="en-GB"/>
        </w:rPr>
        <w:t xml:space="preserve"> pan </w:t>
      </w:r>
      <w:proofErr w:type="spellStart"/>
      <w:r w:rsidRPr="005E2268">
        <w:rPr>
          <w:lang w:val="en-GB"/>
        </w:rPr>
        <w:t>fo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rhywbeth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anodd</w:t>
      </w:r>
      <w:proofErr w:type="spellEnd"/>
    </w:p>
    <w:p w14:paraId="3FC69941" w14:textId="77777777" w:rsidR="005E2268" w:rsidRPr="005E2268" w:rsidRDefault="005E2268">
      <w:pPr>
        <w:numPr>
          <w:ilvl w:val="0"/>
          <w:numId w:val="9"/>
        </w:numPr>
        <w:rPr>
          <w:lang w:val="en-GB"/>
        </w:rPr>
      </w:pPr>
      <w:proofErr w:type="spellStart"/>
      <w:r w:rsidRPr="005E2268">
        <w:rPr>
          <w:b/>
          <w:bCs/>
          <w:lang w:val="en-GB"/>
        </w:rPr>
        <w:t>Brwdfrydedd</w:t>
      </w:r>
      <w:proofErr w:type="spellEnd"/>
      <w:r w:rsidRPr="005E2268">
        <w:rPr>
          <w:lang w:val="en-GB"/>
        </w:rPr>
        <w:t xml:space="preserve"> – Bod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frwdfrydig</w:t>
      </w:r>
      <w:proofErr w:type="spellEnd"/>
      <w:r w:rsidRPr="005E2268">
        <w:rPr>
          <w:lang w:val="en-GB"/>
        </w:rPr>
        <w:t xml:space="preserve"> ac </w:t>
      </w:r>
      <w:proofErr w:type="spellStart"/>
      <w:r w:rsidRPr="005E2268">
        <w:rPr>
          <w:lang w:val="en-GB"/>
        </w:rPr>
        <w:t>awyddus</w:t>
      </w:r>
      <w:proofErr w:type="spellEnd"/>
      <w:r w:rsidRPr="005E2268">
        <w:rPr>
          <w:lang w:val="en-GB"/>
        </w:rPr>
        <w:t xml:space="preserve"> i </w:t>
      </w:r>
      <w:proofErr w:type="spellStart"/>
      <w:r w:rsidRPr="005E2268">
        <w:rPr>
          <w:lang w:val="en-GB"/>
        </w:rPr>
        <w:t>ddysgu</w:t>
      </w:r>
      <w:proofErr w:type="spellEnd"/>
    </w:p>
    <w:p w14:paraId="40F23478" w14:textId="77777777" w:rsidR="005E2268" w:rsidRPr="005E2268" w:rsidRDefault="005E2268">
      <w:pPr>
        <w:numPr>
          <w:ilvl w:val="0"/>
          <w:numId w:val="9"/>
        </w:numPr>
        <w:rPr>
          <w:lang w:val="en-GB"/>
        </w:rPr>
      </w:pPr>
      <w:proofErr w:type="spellStart"/>
      <w:r w:rsidRPr="005E2268">
        <w:rPr>
          <w:b/>
          <w:bCs/>
          <w:lang w:val="en-GB"/>
        </w:rPr>
        <w:t>Canolbwyntio</w:t>
      </w:r>
      <w:proofErr w:type="spellEnd"/>
      <w:r w:rsidRPr="005E2268">
        <w:rPr>
          <w:lang w:val="en-GB"/>
        </w:rPr>
        <w:t xml:space="preserve"> – </w:t>
      </w:r>
      <w:proofErr w:type="spellStart"/>
      <w:r w:rsidRPr="005E2268">
        <w:rPr>
          <w:lang w:val="en-GB"/>
        </w:rPr>
        <w:t>Canolbwyntio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ar</w:t>
      </w:r>
      <w:proofErr w:type="spellEnd"/>
      <w:r w:rsidRPr="005E2268">
        <w:rPr>
          <w:lang w:val="en-GB"/>
        </w:rPr>
        <w:t xml:space="preserve"> y </w:t>
      </w:r>
      <w:proofErr w:type="spellStart"/>
      <w:r w:rsidRPr="005E2268">
        <w:rPr>
          <w:lang w:val="en-GB"/>
        </w:rPr>
        <w:t>dasg</w:t>
      </w:r>
      <w:proofErr w:type="spellEnd"/>
      <w:r w:rsidRPr="005E2268">
        <w:rPr>
          <w:lang w:val="en-GB"/>
        </w:rPr>
        <w:t xml:space="preserve"> a </w:t>
      </w:r>
      <w:proofErr w:type="spellStart"/>
      <w:r w:rsidRPr="005E2268">
        <w:rPr>
          <w:lang w:val="en-GB"/>
        </w:rPr>
        <w:t>gwneud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eich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gorau</w:t>
      </w:r>
      <w:proofErr w:type="spellEnd"/>
    </w:p>
    <w:p w14:paraId="26D3C1FA" w14:textId="77777777" w:rsidR="005E2268" w:rsidRPr="005E2268" w:rsidRDefault="005E2268">
      <w:pPr>
        <w:numPr>
          <w:ilvl w:val="0"/>
          <w:numId w:val="9"/>
        </w:numPr>
        <w:rPr>
          <w:lang w:val="en-GB"/>
        </w:rPr>
      </w:pPr>
      <w:proofErr w:type="spellStart"/>
      <w:r w:rsidRPr="005E2268">
        <w:rPr>
          <w:b/>
          <w:bCs/>
          <w:lang w:val="en-GB"/>
        </w:rPr>
        <w:t>Caredigrwydd</w:t>
      </w:r>
      <w:proofErr w:type="spellEnd"/>
      <w:r w:rsidRPr="005E2268">
        <w:rPr>
          <w:lang w:val="en-GB"/>
        </w:rPr>
        <w:t xml:space="preserve"> – </w:t>
      </w:r>
      <w:proofErr w:type="spellStart"/>
      <w:r w:rsidRPr="005E2268">
        <w:rPr>
          <w:lang w:val="en-GB"/>
        </w:rPr>
        <w:t>Defnyddio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dwylo</w:t>
      </w:r>
      <w:proofErr w:type="spellEnd"/>
      <w:r w:rsidRPr="005E2268">
        <w:rPr>
          <w:lang w:val="en-GB"/>
        </w:rPr>
        <w:t xml:space="preserve">, </w:t>
      </w:r>
      <w:proofErr w:type="spellStart"/>
      <w:r w:rsidRPr="005E2268">
        <w:rPr>
          <w:lang w:val="en-GB"/>
        </w:rPr>
        <w:t>traed</w:t>
      </w:r>
      <w:proofErr w:type="spellEnd"/>
      <w:r w:rsidRPr="005E2268">
        <w:rPr>
          <w:lang w:val="en-GB"/>
        </w:rPr>
        <w:t xml:space="preserve"> a </w:t>
      </w:r>
      <w:proofErr w:type="spellStart"/>
      <w:r w:rsidRPr="005E2268">
        <w:rPr>
          <w:lang w:val="en-GB"/>
        </w:rPr>
        <w:t>geiriau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caredig</w:t>
      </w:r>
      <w:proofErr w:type="spellEnd"/>
    </w:p>
    <w:p w14:paraId="24C55A41" w14:textId="77777777" w:rsidR="005E2268" w:rsidRPr="005E2268" w:rsidRDefault="005E2268">
      <w:pPr>
        <w:numPr>
          <w:ilvl w:val="0"/>
          <w:numId w:val="9"/>
        </w:numPr>
        <w:rPr>
          <w:lang w:val="en-GB"/>
        </w:rPr>
      </w:pPr>
      <w:r w:rsidRPr="005E2268">
        <w:rPr>
          <w:b/>
          <w:bCs/>
          <w:lang w:val="en-GB"/>
        </w:rPr>
        <w:t xml:space="preserve">Gwaith </w:t>
      </w:r>
      <w:proofErr w:type="spellStart"/>
      <w:r w:rsidRPr="005E2268">
        <w:rPr>
          <w:b/>
          <w:bCs/>
          <w:lang w:val="en-GB"/>
        </w:rPr>
        <w:t>Tîm</w:t>
      </w:r>
      <w:proofErr w:type="spellEnd"/>
      <w:r w:rsidRPr="005E2268">
        <w:rPr>
          <w:lang w:val="en-GB"/>
        </w:rPr>
        <w:t xml:space="preserve"> – </w:t>
      </w:r>
      <w:proofErr w:type="spellStart"/>
      <w:r w:rsidRPr="005E2268">
        <w:rPr>
          <w:lang w:val="en-GB"/>
        </w:rPr>
        <w:t>Cydweithio</w:t>
      </w:r>
      <w:proofErr w:type="spellEnd"/>
      <w:r w:rsidRPr="005E2268">
        <w:rPr>
          <w:lang w:val="en-GB"/>
        </w:rPr>
        <w:t xml:space="preserve"> a </w:t>
      </w:r>
      <w:proofErr w:type="spellStart"/>
      <w:r w:rsidRPr="005E2268">
        <w:rPr>
          <w:lang w:val="en-GB"/>
        </w:rPr>
        <w:t>chefnogi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eraill</w:t>
      </w:r>
      <w:proofErr w:type="spellEnd"/>
    </w:p>
    <w:p w14:paraId="42243F90" w14:textId="77777777" w:rsidR="005E2268" w:rsidRPr="005E2268" w:rsidRDefault="005E2268">
      <w:pPr>
        <w:numPr>
          <w:ilvl w:val="0"/>
          <w:numId w:val="9"/>
        </w:numPr>
        <w:rPr>
          <w:lang w:val="en-GB"/>
        </w:rPr>
      </w:pPr>
      <w:proofErr w:type="spellStart"/>
      <w:r w:rsidRPr="005E2268">
        <w:rPr>
          <w:b/>
          <w:bCs/>
          <w:lang w:val="en-GB"/>
        </w:rPr>
        <w:t>Hyblygrwydd</w:t>
      </w:r>
      <w:proofErr w:type="spellEnd"/>
      <w:r w:rsidRPr="005E2268">
        <w:rPr>
          <w:lang w:val="en-GB"/>
        </w:rPr>
        <w:t xml:space="preserve"> – Delio â </w:t>
      </w:r>
      <w:proofErr w:type="spellStart"/>
      <w:r w:rsidRPr="005E2268">
        <w:rPr>
          <w:lang w:val="en-GB"/>
        </w:rPr>
        <w:t>newidiadau</w:t>
      </w:r>
      <w:proofErr w:type="spellEnd"/>
      <w:r w:rsidRPr="005E2268">
        <w:rPr>
          <w:lang w:val="en-GB"/>
        </w:rPr>
        <w:t xml:space="preserve"> a </w:t>
      </w:r>
      <w:proofErr w:type="spellStart"/>
      <w:r w:rsidRPr="005E2268">
        <w:rPr>
          <w:lang w:val="en-GB"/>
        </w:rPr>
        <w:t>rhoi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cynnig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ar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ffyrdd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newydd</w:t>
      </w:r>
      <w:proofErr w:type="spellEnd"/>
    </w:p>
    <w:p w14:paraId="03A749E3" w14:textId="77777777" w:rsidR="005E2268" w:rsidRPr="005E2268" w:rsidRDefault="005E2268">
      <w:pPr>
        <w:numPr>
          <w:ilvl w:val="0"/>
          <w:numId w:val="9"/>
        </w:numPr>
        <w:rPr>
          <w:lang w:val="en-GB"/>
        </w:rPr>
      </w:pPr>
      <w:proofErr w:type="spellStart"/>
      <w:r w:rsidRPr="005E2268">
        <w:rPr>
          <w:b/>
          <w:bCs/>
          <w:lang w:val="en-GB"/>
        </w:rPr>
        <w:t>Gwrando</w:t>
      </w:r>
      <w:proofErr w:type="spellEnd"/>
      <w:r w:rsidRPr="005E2268">
        <w:rPr>
          <w:lang w:val="en-GB"/>
        </w:rPr>
        <w:t xml:space="preserve"> – </w:t>
      </w:r>
      <w:proofErr w:type="spellStart"/>
      <w:r w:rsidRPr="005E2268">
        <w:rPr>
          <w:lang w:val="en-GB"/>
        </w:rPr>
        <w:t>Gwrando’n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ofalus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ar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eraill</w:t>
      </w:r>
      <w:proofErr w:type="spellEnd"/>
    </w:p>
    <w:p w14:paraId="43CA4362" w14:textId="77777777" w:rsidR="005E2268" w:rsidRPr="005E2268" w:rsidRDefault="005E2268">
      <w:pPr>
        <w:numPr>
          <w:ilvl w:val="0"/>
          <w:numId w:val="9"/>
        </w:numPr>
        <w:rPr>
          <w:lang w:val="en-GB"/>
        </w:rPr>
      </w:pPr>
      <w:proofErr w:type="spellStart"/>
      <w:r w:rsidRPr="005E2268">
        <w:rPr>
          <w:b/>
          <w:bCs/>
          <w:lang w:val="en-GB"/>
        </w:rPr>
        <w:t>Gwydnwch</w:t>
      </w:r>
      <w:proofErr w:type="spellEnd"/>
      <w:r w:rsidRPr="005E2268">
        <w:rPr>
          <w:lang w:val="en-GB"/>
        </w:rPr>
        <w:t xml:space="preserve"> – </w:t>
      </w:r>
      <w:proofErr w:type="spellStart"/>
      <w:r w:rsidRPr="005E2268">
        <w:rPr>
          <w:lang w:val="en-GB"/>
        </w:rPr>
        <w:t>Adfer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ar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ôl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anawsterau</w:t>
      </w:r>
      <w:proofErr w:type="spellEnd"/>
      <w:r w:rsidRPr="005E2268">
        <w:rPr>
          <w:lang w:val="en-GB"/>
        </w:rPr>
        <w:t xml:space="preserve"> a </w:t>
      </w:r>
      <w:proofErr w:type="spellStart"/>
      <w:r w:rsidRPr="005E2268">
        <w:rPr>
          <w:lang w:val="en-GB"/>
        </w:rPr>
        <w:t>pheidio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rhoi’r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gorau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iddi</w:t>
      </w:r>
      <w:proofErr w:type="spellEnd"/>
    </w:p>
    <w:p w14:paraId="4187F01A" w14:textId="77777777" w:rsidR="005E2268" w:rsidRPr="005E2268" w:rsidRDefault="005E2268">
      <w:pPr>
        <w:numPr>
          <w:ilvl w:val="0"/>
          <w:numId w:val="9"/>
        </w:numPr>
        <w:rPr>
          <w:lang w:val="en-GB"/>
        </w:rPr>
      </w:pPr>
      <w:proofErr w:type="spellStart"/>
      <w:r w:rsidRPr="005E2268">
        <w:rPr>
          <w:b/>
          <w:bCs/>
          <w:lang w:val="en-GB"/>
        </w:rPr>
        <w:lastRenderedPageBreak/>
        <w:t>Cwrteisi</w:t>
      </w:r>
      <w:proofErr w:type="spellEnd"/>
      <w:r w:rsidRPr="005E2268">
        <w:rPr>
          <w:lang w:val="en-GB"/>
        </w:rPr>
        <w:t xml:space="preserve"> – </w:t>
      </w:r>
      <w:proofErr w:type="spellStart"/>
      <w:r w:rsidRPr="005E2268">
        <w:rPr>
          <w:lang w:val="en-GB"/>
        </w:rPr>
        <w:t>Defnyddio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moesau</w:t>
      </w:r>
      <w:proofErr w:type="spellEnd"/>
      <w:r w:rsidRPr="005E2268">
        <w:rPr>
          <w:lang w:val="en-GB"/>
        </w:rPr>
        <w:t xml:space="preserve"> da </w:t>
      </w:r>
      <w:proofErr w:type="spellStart"/>
      <w:r w:rsidRPr="005E2268">
        <w:rPr>
          <w:lang w:val="en-GB"/>
        </w:rPr>
        <w:t>fel</w:t>
      </w:r>
      <w:proofErr w:type="spellEnd"/>
      <w:r w:rsidRPr="005E2268">
        <w:rPr>
          <w:lang w:val="en-GB"/>
        </w:rPr>
        <w:t xml:space="preserve"> “</w:t>
      </w:r>
      <w:proofErr w:type="spellStart"/>
      <w:r w:rsidRPr="005E2268">
        <w:rPr>
          <w:lang w:val="en-GB"/>
        </w:rPr>
        <w:t>os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gwelwch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dda</w:t>
      </w:r>
      <w:proofErr w:type="spellEnd"/>
      <w:r w:rsidRPr="005E2268">
        <w:rPr>
          <w:lang w:val="en-GB"/>
        </w:rPr>
        <w:t>” a “</w:t>
      </w:r>
      <w:proofErr w:type="spellStart"/>
      <w:r w:rsidRPr="005E2268">
        <w:rPr>
          <w:lang w:val="en-GB"/>
        </w:rPr>
        <w:t>diolch</w:t>
      </w:r>
      <w:proofErr w:type="spellEnd"/>
      <w:r w:rsidRPr="005E2268">
        <w:rPr>
          <w:lang w:val="en-GB"/>
        </w:rPr>
        <w:t>”</w:t>
      </w:r>
    </w:p>
    <w:p w14:paraId="1712E5B2" w14:textId="77777777" w:rsidR="005E2268" w:rsidRPr="005E2268" w:rsidRDefault="005E2268" w:rsidP="005E2268">
      <w:pPr>
        <w:rPr>
          <w:lang w:val="en-GB"/>
        </w:rPr>
      </w:pPr>
      <w:r w:rsidRPr="005E2268">
        <w:rPr>
          <w:lang w:val="en-GB"/>
        </w:rPr>
        <w:pict w14:anchorId="0F892743">
          <v:rect id="_x0000_i1154" style="width:0;height:1.5pt" o:hralign="center" o:hrstd="t" o:hr="t" fillcolor="#a0a0a0" stroked="f"/>
        </w:pict>
      </w:r>
    </w:p>
    <w:p w14:paraId="4B02A5BF" w14:textId="77777777" w:rsidR="005E2268" w:rsidRPr="005E2268" w:rsidRDefault="005E2268" w:rsidP="005E2268">
      <w:pPr>
        <w:rPr>
          <w:b/>
          <w:bCs/>
          <w:lang w:val="en-GB"/>
        </w:rPr>
      </w:pPr>
      <w:r w:rsidRPr="005E2268">
        <w:rPr>
          <w:b/>
          <w:bCs/>
          <w:lang w:val="en-GB"/>
        </w:rPr>
        <w:t xml:space="preserve">3.2 </w:t>
      </w:r>
      <w:proofErr w:type="spellStart"/>
      <w:r w:rsidRPr="005E2268">
        <w:rPr>
          <w:b/>
          <w:bCs/>
          <w:lang w:val="en-GB"/>
        </w:rPr>
        <w:t>Disgwyliadau</w:t>
      </w:r>
      <w:proofErr w:type="spellEnd"/>
      <w:r w:rsidRPr="005E2268">
        <w:rPr>
          <w:b/>
          <w:bCs/>
          <w:lang w:val="en-GB"/>
        </w:rPr>
        <w:t xml:space="preserve"> Staff</w:t>
      </w:r>
    </w:p>
    <w:p w14:paraId="3F9D6030" w14:textId="77777777" w:rsidR="005E2268" w:rsidRPr="005E2268" w:rsidRDefault="005E2268" w:rsidP="005E2268">
      <w:pPr>
        <w:rPr>
          <w:lang w:val="en-GB"/>
        </w:rPr>
      </w:pPr>
      <w:proofErr w:type="spellStart"/>
      <w:r w:rsidRPr="005E2268">
        <w:rPr>
          <w:lang w:val="en-GB"/>
        </w:rPr>
        <w:t>Bydd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pob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aelod</w:t>
      </w:r>
      <w:proofErr w:type="spellEnd"/>
      <w:r w:rsidRPr="005E2268">
        <w:rPr>
          <w:lang w:val="en-GB"/>
        </w:rPr>
        <w:t xml:space="preserve"> o staff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>:</w:t>
      </w:r>
    </w:p>
    <w:p w14:paraId="137FD613" w14:textId="77777777" w:rsidR="005E2268" w:rsidRPr="005E2268" w:rsidRDefault="005E2268">
      <w:pPr>
        <w:numPr>
          <w:ilvl w:val="0"/>
          <w:numId w:val="10"/>
        </w:numPr>
        <w:rPr>
          <w:lang w:val="en-GB"/>
        </w:rPr>
      </w:pPr>
      <w:proofErr w:type="spellStart"/>
      <w:r w:rsidRPr="005E2268">
        <w:rPr>
          <w:lang w:val="en-GB"/>
        </w:rPr>
        <w:t>Adeiladu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perthnasoedd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cynnes</w:t>
      </w:r>
      <w:proofErr w:type="spellEnd"/>
      <w:r w:rsidRPr="005E2268">
        <w:rPr>
          <w:b/>
          <w:bCs/>
          <w:lang w:val="en-GB"/>
        </w:rPr>
        <w:t xml:space="preserve"> ac </w:t>
      </w:r>
      <w:proofErr w:type="spellStart"/>
      <w:r w:rsidRPr="005E2268">
        <w:rPr>
          <w:b/>
          <w:bCs/>
          <w:lang w:val="en-GB"/>
        </w:rPr>
        <w:t>ymddiriedus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gyda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phlant</w:t>
      </w:r>
      <w:proofErr w:type="spellEnd"/>
      <w:r w:rsidRPr="005E2268">
        <w:rPr>
          <w:lang w:val="en-GB"/>
        </w:rPr>
        <w:t xml:space="preserve"> a </w:t>
      </w:r>
      <w:proofErr w:type="spellStart"/>
      <w:r w:rsidRPr="005E2268">
        <w:rPr>
          <w:lang w:val="en-GB"/>
        </w:rPr>
        <w:t>theuluoedd</w:t>
      </w:r>
      <w:proofErr w:type="spellEnd"/>
    </w:p>
    <w:p w14:paraId="2A445911" w14:textId="77777777" w:rsidR="005E2268" w:rsidRPr="005E2268" w:rsidRDefault="005E2268">
      <w:pPr>
        <w:numPr>
          <w:ilvl w:val="0"/>
          <w:numId w:val="10"/>
        </w:numPr>
        <w:rPr>
          <w:lang w:val="en-GB"/>
        </w:rPr>
      </w:pPr>
      <w:proofErr w:type="spellStart"/>
      <w:r w:rsidRPr="005E2268">
        <w:rPr>
          <w:lang w:val="en-GB"/>
        </w:rPr>
        <w:t>Arddangos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ymddygiad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tawel</w:t>
      </w:r>
      <w:proofErr w:type="spellEnd"/>
      <w:r w:rsidRPr="005E2268">
        <w:rPr>
          <w:lang w:val="en-GB"/>
        </w:rPr>
        <w:t xml:space="preserve"> a </w:t>
      </w:r>
      <w:proofErr w:type="spellStart"/>
      <w:r w:rsidRPr="005E2268">
        <w:rPr>
          <w:lang w:val="en-GB"/>
        </w:rPr>
        <w:t>chyson</w:t>
      </w:r>
      <w:proofErr w:type="spellEnd"/>
    </w:p>
    <w:p w14:paraId="1B19A391" w14:textId="77777777" w:rsidR="005E2268" w:rsidRPr="005E2268" w:rsidRDefault="005E2268">
      <w:pPr>
        <w:numPr>
          <w:ilvl w:val="0"/>
          <w:numId w:val="10"/>
        </w:numPr>
        <w:rPr>
          <w:lang w:val="en-GB"/>
        </w:rPr>
      </w:pPr>
      <w:proofErr w:type="spellStart"/>
      <w:r w:rsidRPr="005E2268">
        <w:rPr>
          <w:lang w:val="en-GB"/>
        </w:rPr>
        <w:t>Canolbwyntio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ar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ymddygiad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cadarnhaol</w:t>
      </w:r>
      <w:proofErr w:type="spellEnd"/>
    </w:p>
    <w:p w14:paraId="41A4A29B" w14:textId="77777777" w:rsidR="005E2268" w:rsidRPr="005E2268" w:rsidRDefault="005E2268">
      <w:pPr>
        <w:numPr>
          <w:ilvl w:val="0"/>
          <w:numId w:val="10"/>
        </w:numPr>
        <w:rPr>
          <w:lang w:val="en-GB"/>
        </w:rPr>
      </w:pPr>
      <w:r w:rsidRPr="005E2268">
        <w:rPr>
          <w:lang w:val="en-GB"/>
        </w:rPr>
        <w:t xml:space="preserve">Dilyn </w:t>
      </w:r>
      <w:proofErr w:type="spellStart"/>
      <w:r w:rsidRPr="005E2268">
        <w:rPr>
          <w:lang w:val="en-GB"/>
        </w:rPr>
        <w:t>trefniadau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clir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gyson</w:t>
      </w:r>
      <w:proofErr w:type="spellEnd"/>
    </w:p>
    <w:p w14:paraId="63FEDF3C" w14:textId="77777777" w:rsidR="005E2268" w:rsidRPr="005E2268" w:rsidRDefault="005E2268">
      <w:pPr>
        <w:numPr>
          <w:ilvl w:val="0"/>
          <w:numId w:val="10"/>
        </w:numPr>
        <w:rPr>
          <w:lang w:val="en-GB"/>
        </w:rPr>
      </w:pPr>
      <w:proofErr w:type="spellStart"/>
      <w:r w:rsidRPr="005E2268">
        <w:rPr>
          <w:lang w:val="en-GB"/>
        </w:rPr>
        <w:t>Defnyddio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dulliau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cynlluniedig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ar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gyfer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ymyriadau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anodd</w:t>
      </w:r>
      <w:proofErr w:type="spellEnd"/>
    </w:p>
    <w:p w14:paraId="43C6F336" w14:textId="77777777" w:rsidR="005E2268" w:rsidRPr="005E2268" w:rsidRDefault="005E2268">
      <w:pPr>
        <w:numPr>
          <w:ilvl w:val="0"/>
          <w:numId w:val="10"/>
        </w:numPr>
        <w:rPr>
          <w:lang w:val="en-GB"/>
        </w:rPr>
      </w:pPr>
      <w:r w:rsidRPr="005E2268">
        <w:rPr>
          <w:lang w:val="en-GB"/>
        </w:rPr>
        <w:t xml:space="preserve">Dilyn </w:t>
      </w:r>
      <w:proofErr w:type="spellStart"/>
      <w:r w:rsidRPr="005E2268">
        <w:rPr>
          <w:lang w:val="en-GB"/>
        </w:rPr>
        <w:t>dulliau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adferol</w:t>
      </w:r>
      <w:proofErr w:type="spellEnd"/>
    </w:p>
    <w:p w14:paraId="426D4678" w14:textId="77777777" w:rsidR="005E2268" w:rsidRPr="005E2268" w:rsidRDefault="005E2268">
      <w:pPr>
        <w:numPr>
          <w:ilvl w:val="0"/>
          <w:numId w:val="10"/>
        </w:numPr>
        <w:rPr>
          <w:lang w:val="en-GB"/>
        </w:rPr>
      </w:pPr>
      <w:proofErr w:type="spellStart"/>
      <w:r w:rsidRPr="005E2268">
        <w:rPr>
          <w:lang w:val="en-GB"/>
        </w:rPr>
        <w:t>Cofnodi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pryderon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gywir</w:t>
      </w:r>
      <w:proofErr w:type="spellEnd"/>
      <w:r w:rsidRPr="005E2268">
        <w:rPr>
          <w:lang w:val="en-GB"/>
        </w:rPr>
        <w:t xml:space="preserve"> a </w:t>
      </w:r>
      <w:proofErr w:type="spellStart"/>
      <w:r w:rsidRPr="005E2268">
        <w:rPr>
          <w:lang w:val="en-GB"/>
        </w:rPr>
        <w:t>chyfathrebu’n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effeithiol</w:t>
      </w:r>
      <w:proofErr w:type="spellEnd"/>
    </w:p>
    <w:p w14:paraId="753539FD" w14:textId="77777777" w:rsidR="005E2268" w:rsidRPr="005E2268" w:rsidRDefault="005E2268">
      <w:pPr>
        <w:numPr>
          <w:ilvl w:val="0"/>
          <w:numId w:val="10"/>
        </w:numPr>
        <w:rPr>
          <w:lang w:val="en-GB"/>
        </w:rPr>
      </w:pPr>
      <w:proofErr w:type="spellStart"/>
      <w:r w:rsidRPr="005E2268">
        <w:rPr>
          <w:lang w:val="en-GB"/>
        </w:rPr>
        <w:t>Myfyrio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ar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eu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hymarfer</w:t>
      </w:r>
      <w:proofErr w:type="spellEnd"/>
    </w:p>
    <w:p w14:paraId="15FE9B4B" w14:textId="77777777" w:rsidR="005E2268" w:rsidRPr="005E2268" w:rsidRDefault="005E2268" w:rsidP="005E2268">
      <w:pPr>
        <w:rPr>
          <w:lang w:val="en-GB"/>
        </w:rPr>
      </w:pPr>
      <w:r w:rsidRPr="005E2268">
        <w:rPr>
          <w:lang w:val="en-GB"/>
        </w:rPr>
        <w:pict w14:anchorId="1BB3DC74">
          <v:rect id="_x0000_i1155" style="width:0;height:1.5pt" o:hralign="center" o:hrstd="t" o:hr="t" fillcolor="#a0a0a0" stroked="f"/>
        </w:pict>
      </w:r>
    </w:p>
    <w:p w14:paraId="639853CD" w14:textId="77777777" w:rsidR="005E2268" w:rsidRPr="005E2268" w:rsidRDefault="005E2268" w:rsidP="005E2268">
      <w:pPr>
        <w:rPr>
          <w:b/>
          <w:bCs/>
          <w:lang w:val="en-GB"/>
        </w:rPr>
      </w:pPr>
      <w:r w:rsidRPr="005E2268">
        <w:rPr>
          <w:b/>
          <w:bCs/>
          <w:lang w:val="en-GB"/>
        </w:rPr>
        <w:t xml:space="preserve">5. Rolau a </w:t>
      </w:r>
      <w:proofErr w:type="spellStart"/>
      <w:r w:rsidRPr="005E2268">
        <w:rPr>
          <w:b/>
          <w:bCs/>
          <w:lang w:val="en-GB"/>
        </w:rPr>
        <w:t>Chyfrifoldebau</w:t>
      </w:r>
      <w:proofErr w:type="spellEnd"/>
    </w:p>
    <w:p w14:paraId="65D3CB38" w14:textId="77777777" w:rsidR="005E2268" w:rsidRPr="005E2268" w:rsidRDefault="005E2268" w:rsidP="005E2268">
      <w:pPr>
        <w:rPr>
          <w:b/>
          <w:bCs/>
          <w:lang w:val="en-GB"/>
        </w:rPr>
      </w:pPr>
      <w:proofErr w:type="spellStart"/>
      <w:r w:rsidRPr="005E2268">
        <w:rPr>
          <w:b/>
          <w:bCs/>
          <w:lang w:val="en-GB"/>
        </w:rPr>
        <w:t>Pennaeth</w:t>
      </w:r>
      <w:proofErr w:type="spellEnd"/>
    </w:p>
    <w:p w14:paraId="092804D4" w14:textId="77777777" w:rsidR="005E2268" w:rsidRPr="005E2268" w:rsidRDefault="005E2268">
      <w:pPr>
        <w:numPr>
          <w:ilvl w:val="0"/>
          <w:numId w:val="11"/>
        </w:numPr>
        <w:rPr>
          <w:lang w:val="en-GB"/>
        </w:rPr>
      </w:pPr>
      <w:proofErr w:type="spellStart"/>
      <w:r w:rsidRPr="005E2268">
        <w:rPr>
          <w:lang w:val="en-GB"/>
        </w:rPr>
        <w:t>Gweithredu’r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polisi</w:t>
      </w:r>
      <w:proofErr w:type="spellEnd"/>
      <w:r w:rsidRPr="005E2268">
        <w:rPr>
          <w:lang w:val="en-GB"/>
        </w:rPr>
        <w:t xml:space="preserve"> a </w:t>
      </w:r>
      <w:proofErr w:type="spellStart"/>
      <w:r w:rsidRPr="005E2268">
        <w:rPr>
          <w:lang w:val="en-GB"/>
        </w:rPr>
        <w:t>sicrhau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diwylliant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diogel</w:t>
      </w:r>
      <w:proofErr w:type="spellEnd"/>
    </w:p>
    <w:p w14:paraId="5F4DF88E" w14:textId="77777777" w:rsidR="005E2268" w:rsidRPr="005E2268" w:rsidRDefault="005E2268">
      <w:pPr>
        <w:numPr>
          <w:ilvl w:val="0"/>
          <w:numId w:val="11"/>
        </w:numPr>
        <w:rPr>
          <w:lang w:val="en-GB"/>
        </w:rPr>
      </w:pPr>
      <w:proofErr w:type="spellStart"/>
      <w:r w:rsidRPr="005E2268">
        <w:rPr>
          <w:lang w:val="en-GB"/>
        </w:rPr>
        <w:t>Adrodd</w:t>
      </w:r>
      <w:proofErr w:type="spellEnd"/>
      <w:r w:rsidRPr="005E2268">
        <w:rPr>
          <w:lang w:val="en-GB"/>
        </w:rPr>
        <w:t xml:space="preserve"> i </w:t>
      </w:r>
      <w:proofErr w:type="spellStart"/>
      <w:r w:rsidRPr="005E2268">
        <w:rPr>
          <w:lang w:val="en-GB"/>
        </w:rPr>
        <w:t>lywodraethwyr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ar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effaith</w:t>
      </w:r>
      <w:proofErr w:type="spellEnd"/>
      <w:r w:rsidRPr="005E2268">
        <w:rPr>
          <w:lang w:val="en-GB"/>
        </w:rPr>
        <w:t xml:space="preserve"> a </w:t>
      </w:r>
      <w:proofErr w:type="spellStart"/>
      <w:r w:rsidRPr="005E2268">
        <w:rPr>
          <w:lang w:val="en-GB"/>
        </w:rPr>
        <w:t>diogelu</w:t>
      </w:r>
      <w:proofErr w:type="spellEnd"/>
    </w:p>
    <w:p w14:paraId="4D453AA0" w14:textId="77777777" w:rsidR="005E2268" w:rsidRPr="005E2268" w:rsidRDefault="005E2268">
      <w:pPr>
        <w:numPr>
          <w:ilvl w:val="0"/>
          <w:numId w:val="11"/>
        </w:numPr>
        <w:rPr>
          <w:lang w:val="en-GB"/>
        </w:rPr>
      </w:pPr>
      <w:proofErr w:type="spellStart"/>
      <w:r w:rsidRPr="005E2268">
        <w:rPr>
          <w:lang w:val="en-GB"/>
        </w:rPr>
        <w:t>Sicrhau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hyfforddiant</w:t>
      </w:r>
      <w:proofErr w:type="spellEnd"/>
      <w:r w:rsidRPr="005E2268">
        <w:rPr>
          <w:lang w:val="en-GB"/>
        </w:rPr>
        <w:t xml:space="preserve"> ac </w:t>
      </w:r>
      <w:proofErr w:type="spellStart"/>
      <w:r w:rsidRPr="005E2268">
        <w:rPr>
          <w:lang w:val="en-GB"/>
        </w:rPr>
        <w:t>adnoddau</w:t>
      </w:r>
      <w:proofErr w:type="spellEnd"/>
    </w:p>
    <w:p w14:paraId="73E6DA33" w14:textId="77777777" w:rsidR="005E2268" w:rsidRPr="005E2268" w:rsidRDefault="005E2268" w:rsidP="005E2268">
      <w:pPr>
        <w:rPr>
          <w:b/>
          <w:bCs/>
          <w:lang w:val="en-GB"/>
        </w:rPr>
      </w:pPr>
      <w:proofErr w:type="spellStart"/>
      <w:r w:rsidRPr="005E2268">
        <w:rPr>
          <w:b/>
          <w:bCs/>
          <w:lang w:val="en-GB"/>
        </w:rPr>
        <w:t>Athrawon</w:t>
      </w:r>
      <w:proofErr w:type="spellEnd"/>
      <w:r w:rsidRPr="005E2268">
        <w:rPr>
          <w:b/>
          <w:bCs/>
          <w:lang w:val="en-GB"/>
        </w:rPr>
        <w:t xml:space="preserve"> Dosbarth</w:t>
      </w:r>
    </w:p>
    <w:p w14:paraId="7A4DBAB4" w14:textId="77777777" w:rsidR="005E2268" w:rsidRPr="005E2268" w:rsidRDefault="005E2268">
      <w:pPr>
        <w:numPr>
          <w:ilvl w:val="0"/>
          <w:numId w:val="12"/>
        </w:numPr>
        <w:rPr>
          <w:lang w:val="en-GB"/>
        </w:rPr>
      </w:pPr>
      <w:r w:rsidRPr="005E2268">
        <w:rPr>
          <w:lang w:val="en-GB"/>
        </w:rPr>
        <w:t xml:space="preserve">Dysgu ac </w:t>
      </w:r>
      <w:proofErr w:type="spellStart"/>
      <w:r w:rsidRPr="005E2268">
        <w:rPr>
          <w:lang w:val="en-GB"/>
        </w:rPr>
        <w:t>atgyfnerthu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disgwyliadau</w:t>
      </w:r>
      <w:proofErr w:type="spellEnd"/>
    </w:p>
    <w:p w14:paraId="1300860D" w14:textId="77777777" w:rsidR="005E2268" w:rsidRPr="005E2268" w:rsidRDefault="005E2268">
      <w:pPr>
        <w:numPr>
          <w:ilvl w:val="0"/>
          <w:numId w:val="12"/>
        </w:numPr>
        <w:rPr>
          <w:lang w:val="en-GB"/>
        </w:rPr>
      </w:pPr>
      <w:proofErr w:type="spellStart"/>
      <w:r w:rsidRPr="005E2268">
        <w:rPr>
          <w:lang w:val="en-GB"/>
        </w:rPr>
        <w:t>Cynllunio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ar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gyfer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rheoleiddio</w:t>
      </w:r>
      <w:proofErr w:type="spellEnd"/>
      <w:r w:rsidRPr="005E2268">
        <w:rPr>
          <w:lang w:val="en-GB"/>
        </w:rPr>
        <w:t xml:space="preserve"> a </w:t>
      </w:r>
      <w:proofErr w:type="spellStart"/>
      <w:r w:rsidRPr="005E2268">
        <w:rPr>
          <w:lang w:val="en-GB"/>
        </w:rPr>
        <w:t>chynhwysiant</w:t>
      </w:r>
      <w:proofErr w:type="spellEnd"/>
    </w:p>
    <w:p w14:paraId="1623618A" w14:textId="77777777" w:rsidR="005E2268" w:rsidRPr="005E2268" w:rsidRDefault="005E2268">
      <w:pPr>
        <w:numPr>
          <w:ilvl w:val="0"/>
          <w:numId w:val="12"/>
        </w:numPr>
        <w:rPr>
          <w:lang w:val="en-GB"/>
        </w:rPr>
      </w:pPr>
      <w:proofErr w:type="spellStart"/>
      <w:r w:rsidRPr="005E2268">
        <w:rPr>
          <w:lang w:val="en-GB"/>
        </w:rPr>
        <w:t>Defnyddio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dulliau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perthnasol</w:t>
      </w:r>
      <w:proofErr w:type="spellEnd"/>
      <w:r w:rsidRPr="005E2268">
        <w:rPr>
          <w:lang w:val="en-GB"/>
        </w:rPr>
        <w:t xml:space="preserve"> ac </w:t>
      </w:r>
      <w:proofErr w:type="spellStart"/>
      <w:r w:rsidRPr="005E2268">
        <w:rPr>
          <w:lang w:val="en-GB"/>
        </w:rPr>
        <w:t>adferol</w:t>
      </w:r>
      <w:proofErr w:type="spellEnd"/>
    </w:p>
    <w:p w14:paraId="6661A32D" w14:textId="77777777" w:rsidR="005E2268" w:rsidRPr="005E2268" w:rsidRDefault="005E2268">
      <w:pPr>
        <w:numPr>
          <w:ilvl w:val="0"/>
          <w:numId w:val="12"/>
        </w:numPr>
        <w:rPr>
          <w:lang w:val="en-GB"/>
        </w:rPr>
      </w:pPr>
      <w:proofErr w:type="spellStart"/>
      <w:r w:rsidRPr="005E2268">
        <w:rPr>
          <w:lang w:val="en-GB"/>
        </w:rPr>
        <w:t>Cyfathrebu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gyda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theuluoedd</w:t>
      </w:r>
      <w:proofErr w:type="spellEnd"/>
    </w:p>
    <w:p w14:paraId="4ABDF074" w14:textId="77777777" w:rsidR="005E2268" w:rsidRPr="005E2268" w:rsidRDefault="005E2268" w:rsidP="005E2268">
      <w:pPr>
        <w:rPr>
          <w:b/>
          <w:bCs/>
          <w:lang w:val="en-GB"/>
        </w:rPr>
      </w:pPr>
      <w:r w:rsidRPr="005E2268">
        <w:rPr>
          <w:b/>
          <w:bCs/>
          <w:lang w:val="en-GB"/>
        </w:rPr>
        <w:t>Staff Cymorth</w:t>
      </w:r>
    </w:p>
    <w:p w14:paraId="73BE7CB0" w14:textId="77777777" w:rsidR="005E2268" w:rsidRPr="005E2268" w:rsidRDefault="005E2268">
      <w:pPr>
        <w:numPr>
          <w:ilvl w:val="0"/>
          <w:numId w:val="13"/>
        </w:numPr>
        <w:rPr>
          <w:lang w:val="en-GB"/>
        </w:rPr>
      </w:pPr>
      <w:proofErr w:type="spellStart"/>
      <w:r w:rsidRPr="005E2268">
        <w:rPr>
          <w:lang w:val="en-GB"/>
        </w:rPr>
        <w:t>Darparu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cymorth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cyson</w:t>
      </w:r>
      <w:proofErr w:type="spellEnd"/>
      <w:r w:rsidRPr="005E2268">
        <w:rPr>
          <w:lang w:val="en-GB"/>
        </w:rPr>
        <w:t xml:space="preserve"> a </w:t>
      </w:r>
      <w:proofErr w:type="spellStart"/>
      <w:r w:rsidRPr="005E2268">
        <w:rPr>
          <w:lang w:val="en-GB"/>
        </w:rPr>
        <w:t>chyd-reoleiddio</w:t>
      </w:r>
      <w:proofErr w:type="spellEnd"/>
    </w:p>
    <w:p w14:paraId="6DC25103" w14:textId="77777777" w:rsidR="005E2268" w:rsidRPr="005E2268" w:rsidRDefault="005E2268">
      <w:pPr>
        <w:numPr>
          <w:ilvl w:val="0"/>
          <w:numId w:val="13"/>
        </w:numPr>
        <w:rPr>
          <w:lang w:val="en-GB"/>
        </w:rPr>
      </w:pPr>
      <w:proofErr w:type="spellStart"/>
      <w:r w:rsidRPr="005E2268">
        <w:rPr>
          <w:lang w:val="en-GB"/>
        </w:rPr>
        <w:t>Cyfrannu</w:t>
      </w:r>
      <w:proofErr w:type="spellEnd"/>
      <w:r w:rsidRPr="005E2268">
        <w:rPr>
          <w:lang w:val="en-GB"/>
        </w:rPr>
        <w:t xml:space="preserve"> at </w:t>
      </w:r>
      <w:proofErr w:type="spellStart"/>
      <w:r w:rsidRPr="005E2268">
        <w:rPr>
          <w:lang w:val="en-GB"/>
        </w:rPr>
        <w:t>arsylwadau</w:t>
      </w:r>
      <w:proofErr w:type="spellEnd"/>
      <w:r w:rsidRPr="005E2268">
        <w:rPr>
          <w:lang w:val="en-GB"/>
        </w:rPr>
        <w:t xml:space="preserve"> a </w:t>
      </w:r>
      <w:proofErr w:type="spellStart"/>
      <w:r w:rsidRPr="005E2268">
        <w:rPr>
          <w:lang w:val="en-GB"/>
        </w:rPr>
        <w:t>chynlluniau</w:t>
      </w:r>
      <w:proofErr w:type="spellEnd"/>
    </w:p>
    <w:p w14:paraId="52AAE1A4" w14:textId="77777777" w:rsidR="005E2268" w:rsidRPr="005E2268" w:rsidRDefault="005E2268" w:rsidP="005E2268">
      <w:pPr>
        <w:rPr>
          <w:b/>
          <w:bCs/>
          <w:lang w:val="en-GB"/>
        </w:rPr>
      </w:pPr>
      <w:proofErr w:type="spellStart"/>
      <w:r w:rsidRPr="005E2268">
        <w:rPr>
          <w:b/>
          <w:bCs/>
          <w:lang w:val="en-GB"/>
        </w:rPr>
        <w:lastRenderedPageBreak/>
        <w:t>Rhieni</w:t>
      </w:r>
      <w:proofErr w:type="spellEnd"/>
      <w:r w:rsidRPr="005E2268">
        <w:rPr>
          <w:b/>
          <w:bCs/>
          <w:lang w:val="en-GB"/>
        </w:rPr>
        <w:t>/</w:t>
      </w:r>
      <w:proofErr w:type="spellStart"/>
      <w:r w:rsidRPr="005E2268">
        <w:rPr>
          <w:b/>
          <w:bCs/>
          <w:lang w:val="en-GB"/>
        </w:rPr>
        <w:t>Gwarcheidwaid</w:t>
      </w:r>
      <w:proofErr w:type="spellEnd"/>
    </w:p>
    <w:p w14:paraId="009F2CAB" w14:textId="77777777" w:rsidR="005E2268" w:rsidRPr="005E2268" w:rsidRDefault="005E2268">
      <w:pPr>
        <w:numPr>
          <w:ilvl w:val="0"/>
          <w:numId w:val="14"/>
        </w:numPr>
        <w:rPr>
          <w:lang w:val="en-GB"/>
        </w:rPr>
      </w:pPr>
      <w:proofErr w:type="spellStart"/>
      <w:r w:rsidRPr="005E2268">
        <w:rPr>
          <w:lang w:val="en-GB"/>
        </w:rPr>
        <w:t>Cefnogi’r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cytundeb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cartref-ysgol</w:t>
      </w:r>
      <w:proofErr w:type="spellEnd"/>
    </w:p>
    <w:p w14:paraId="758158A9" w14:textId="77777777" w:rsidR="005E2268" w:rsidRPr="005E2268" w:rsidRDefault="005E2268">
      <w:pPr>
        <w:numPr>
          <w:ilvl w:val="0"/>
          <w:numId w:val="14"/>
        </w:numPr>
        <w:rPr>
          <w:lang w:val="en-GB"/>
        </w:rPr>
      </w:pPr>
      <w:proofErr w:type="spellStart"/>
      <w:r w:rsidRPr="005E2268">
        <w:rPr>
          <w:lang w:val="en-GB"/>
        </w:rPr>
        <w:t>Gweithio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mewn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partneriaeth</w:t>
      </w:r>
      <w:proofErr w:type="spellEnd"/>
    </w:p>
    <w:p w14:paraId="7E33429A" w14:textId="77777777" w:rsidR="005E2268" w:rsidRPr="005E2268" w:rsidRDefault="005E2268" w:rsidP="005E2268">
      <w:pPr>
        <w:rPr>
          <w:b/>
          <w:bCs/>
          <w:lang w:val="en-GB"/>
        </w:rPr>
      </w:pPr>
      <w:proofErr w:type="spellStart"/>
      <w:r w:rsidRPr="005E2268">
        <w:rPr>
          <w:b/>
          <w:bCs/>
          <w:lang w:val="en-GB"/>
        </w:rPr>
        <w:t>Corff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Llywodraethu</w:t>
      </w:r>
      <w:proofErr w:type="spellEnd"/>
    </w:p>
    <w:p w14:paraId="0F8F1964" w14:textId="77777777" w:rsidR="005E2268" w:rsidRPr="005E2268" w:rsidRDefault="005E2268">
      <w:pPr>
        <w:numPr>
          <w:ilvl w:val="0"/>
          <w:numId w:val="15"/>
        </w:numPr>
        <w:rPr>
          <w:lang w:val="en-GB"/>
        </w:rPr>
      </w:pPr>
      <w:proofErr w:type="spellStart"/>
      <w:r w:rsidRPr="005E2268">
        <w:rPr>
          <w:lang w:val="en-GB"/>
        </w:rPr>
        <w:t>Monitro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effeithiolrwydd</w:t>
      </w:r>
      <w:proofErr w:type="spellEnd"/>
      <w:r w:rsidRPr="005E2268">
        <w:rPr>
          <w:lang w:val="en-GB"/>
        </w:rPr>
        <w:t xml:space="preserve"> y </w:t>
      </w:r>
      <w:proofErr w:type="spellStart"/>
      <w:r w:rsidRPr="005E2268">
        <w:rPr>
          <w:lang w:val="en-GB"/>
        </w:rPr>
        <w:t>polisi</w:t>
      </w:r>
      <w:proofErr w:type="spellEnd"/>
    </w:p>
    <w:p w14:paraId="7FCDC626" w14:textId="77777777" w:rsidR="005E2268" w:rsidRPr="005E2268" w:rsidRDefault="005E2268">
      <w:pPr>
        <w:numPr>
          <w:ilvl w:val="0"/>
          <w:numId w:val="15"/>
        </w:numPr>
        <w:rPr>
          <w:lang w:val="en-GB"/>
        </w:rPr>
      </w:pPr>
      <w:proofErr w:type="spellStart"/>
      <w:r w:rsidRPr="005E2268">
        <w:rPr>
          <w:lang w:val="en-GB"/>
        </w:rPr>
        <w:t>Sicrhau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cydymffurfiaeth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statudol</w:t>
      </w:r>
      <w:proofErr w:type="spellEnd"/>
    </w:p>
    <w:p w14:paraId="1437A22F" w14:textId="77777777" w:rsidR="005E2268" w:rsidRPr="005E2268" w:rsidRDefault="005E2268" w:rsidP="005E2268">
      <w:pPr>
        <w:rPr>
          <w:lang w:val="en-GB"/>
        </w:rPr>
      </w:pPr>
      <w:r w:rsidRPr="005E2268">
        <w:rPr>
          <w:lang w:val="en-GB"/>
        </w:rPr>
        <w:pict w14:anchorId="5E1D20EF">
          <v:rect id="_x0000_i1156" style="width:0;height:1.5pt" o:hralign="center" o:hrstd="t" o:hr="t" fillcolor="#a0a0a0" stroked="f"/>
        </w:pict>
      </w:r>
    </w:p>
    <w:p w14:paraId="35559AA6" w14:textId="77777777" w:rsidR="005E2268" w:rsidRPr="005E2268" w:rsidRDefault="005E2268" w:rsidP="005E2268">
      <w:pPr>
        <w:rPr>
          <w:b/>
          <w:bCs/>
          <w:lang w:val="en-GB"/>
        </w:rPr>
      </w:pPr>
      <w:r w:rsidRPr="005E2268">
        <w:rPr>
          <w:b/>
          <w:bCs/>
          <w:lang w:val="en-GB"/>
        </w:rPr>
        <w:t xml:space="preserve">6. </w:t>
      </w:r>
      <w:proofErr w:type="spellStart"/>
      <w:r w:rsidRPr="005E2268">
        <w:rPr>
          <w:b/>
          <w:bCs/>
          <w:lang w:val="en-GB"/>
        </w:rPr>
        <w:t>Darpariaeth</w:t>
      </w:r>
      <w:proofErr w:type="spellEnd"/>
    </w:p>
    <w:p w14:paraId="301AA746" w14:textId="77777777" w:rsidR="005E2268" w:rsidRPr="005E2268" w:rsidRDefault="005E2268" w:rsidP="005E2268">
      <w:pPr>
        <w:rPr>
          <w:b/>
          <w:bCs/>
          <w:lang w:val="en-GB"/>
        </w:rPr>
      </w:pPr>
      <w:r w:rsidRPr="005E2268">
        <w:rPr>
          <w:b/>
          <w:bCs/>
          <w:lang w:val="en-GB"/>
        </w:rPr>
        <w:t xml:space="preserve">6.1 </w:t>
      </w:r>
      <w:proofErr w:type="spellStart"/>
      <w:r w:rsidRPr="005E2268">
        <w:rPr>
          <w:b/>
          <w:bCs/>
          <w:lang w:val="en-GB"/>
        </w:rPr>
        <w:t>Darpariaeth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Gyffredinol</w:t>
      </w:r>
      <w:proofErr w:type="spellEnd"/>
    </w:p>
    <w:p w14:paraId="09900186" w14:textId="77777777" w:rsidR="005E2268" w:rsidRPr="005E2268" w:rsidRDefault="005E2268">
      <w:pPr>
        <w:numPr>
          <w:ilvl w:val="0"/>
          <w:numId w:val="16"/>
        </w:numPr>
        <w:rPr>
          <w:lang w:val="en-GB"/>
        </w:rPr>
      </w:pPr>
      <w:proofErr w:type="spellStart"/>
      <w:r w:rsidRPr="005E2268">
        <w:rPr>
          <w:lang w:val="en-GB"/>
        </w:rPr>
        <w:t>Trefniadau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clir</w:t>
      </w:r>
      <w:proofErr w:type="spellEnd"/>
      <w:r w:rsidRPr="005E2268">
        <w:rPr>
          <w:lang w:val="en-GB"/>
        </w:rPr>
        <w:t xml:space="preserve"> a </w:t>
      </w:r>
      <w:proofErr w:type="spellStart"/>
      <w:r w:rsidRPr="005E2268">
        <w:rPr>
          <w:lang w:val="en-GB"/>
        </w:rPr>
        <w:t>chymorth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gweledol</w:t>
      </w:r>
      <w:proofErr w:type="spellEnd"/>
    </w:p>
    <w:p w14:paraId="74972407" w14:textId="77777777" w:rsidR="005E2268" w:rsidRPr="005E2268" w:rsidRDefault="005E2268">
      <w:pPr>
        <w:numPr>
          <w:ilvl w:val="0"/>
          <w:numId w:val="16"/>
        </w:numPr>
        <w:rPr>
          <w:lang w:val="en-GB"/>
        </w:rPr>
      </w:pPr>
      <w:r w:rsidRPr="005E2268">
        <w:rPr>
          <w:lang w:val="en-GB"/>
        </w:rPr>
        <w:t xml:space="preserve">Iaith </w:t>
      </w:r>
      <w:proofErr w:type="spellStart"/>
      <w:r w:rsidRPr="005E2268">
        <w:rPr>
          <w:lang w:val="en-GB"/>
        </w:rPr>
        <w:t>dawel</w:t>
      </w:r>
      <w:proofErr w:type="spellEnd"/>
      <w:r w:rsidRPr="005E2268">
        <w:rPr>
          <w:lang w:val="en-GB"/>
        </w:rPr>
        <w:t xml:space="preserve"> a </w:t>
      </w:r>
      <w:proofErr w:type="spellStart"/>
      <w:r w:rsidRPr="005E2268">
        <w:rPr>
          <w:lang w:val="en-GB"/>
        </w:rPr>
        <w:t>phwrpasol</w:t>
      </w:r>
      <w:proofErr w:type="spellEnd"/>
    </w:p>
    <w:p w14:paraId="654E2324" w14:textId="77777777" w:rsidR="005E2268" w:rsidRPr="005E2268" w:rsidRDefault="005E2268">
      <w:pPr>
        <w:numPr>
          <w:ilvl w:val="0"/>
          <w:numId w:val="16"/>
        </w:numPr>
        <w:rPr>
          <w:lang w:val="en-GB"/>
        </w:rPr>
      </w:pPr>
      <w:proofErr w:type="spellStart"/>
      <w:r w:rsidRPr="005E2268">
        <w:rPr>
          <w:lang w:val="en-GB"/>
        </w:rPr>
        <w:t>Perthnasoedd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cadarnhaol</w:t>
      </w:r>
      <w:proofErr w:type="spellEnd"/>
    </w:p>
    <w:p w14:paraId="01A70D00" w14:textId="77777777" w:rsidR="005E2268" w:rsidRPr="005E2268" w:rsidRDefault="005E2268">
      <w:pPr>
        <w:numPr>
          <w:ilvl w:val="0"/>
          <w:numId w:val="16"/>
        </w:numPr>
        <w:rPr>
          <w:lang w:val="en-GB"/>
        </w:rPr>
      </w:pPr>
      <w:proofErr w:type="spellStart"/>
      <w:r w:rsidRPr="005E2268">
        <w:rPr>
          <w:lang w:val="en-GB"/>
        </w:rPr>
        <w:t>Addysgu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ymddygiad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benodol</w:t>
      </w:r>
      <w:proofErr w:type="spellEnd"/>
    </w:p>
    <w:p w14:paraId="00AA6237" w14:textId="77777777" w:rsidR="005E2268" w:rsidRPr="005E2268" w:rsidRDefault="005E2268">
      <w:pPr>
        <w:numPr>
          <w:ilvl w:val="0"/>
          <w:numId w:val="16"/>
        </w:numPr>
        <w:rPr>
          <w:lang w:val="en-GB"/>
        </w:rPr>
      </w:pPr>
      <w:proofErr w:type="spellStart"/>
      <w:r w:rsidRPr="005E2268">
        <w:rPr>
          <w:lang w:val="en-GB"/>
        </w:rPr>
        <w:t>Canmoliaeth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benodol</w:t>
      </w:r>
      <w:proofErr w:type="spellEnd"/>
    </w:p>
    <w:p w14:paraId="238687B7" w14:textId="77777777" w:rsidR="005E2268" w:rsidRPr="005E2268" w:rsidRDefault="005E2268" w:rsidP="005E2268">
      <w:pPr>
        <w:rPr>
          <w:b/>
          <w:bCs/>
          <w:lang w:val="en-GB"/>
        </w:rPr>
      </w:pPr>
      <w:r w:rsidRPr="005E2268">
        <w:rPr>
          <w:b/>
          <w:bCs/>
          <w:lang w:val="en-GB"/>
        </w:rPr>
        <w:t xml:space="preserve">6.2 </w:t>
      </w:r>
      <w:proofErr w:type="spellStart"/>
      <w:r w:rsidRPr="005E2268">
        <w:rPr>
          <w:b/>
          <w:bCs/>
          <w:lang w:val="en-GB"/>
        </w:rPr>
        <w:t>Cefnogaeth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Dargedig</w:t>
      </w:r>
      <w:proofErr w:type="spellEnd"/>
    </w:p>
    <w:p w14:paraId="7B112B23" w14:textId="77777777" w:rsidR="005E2268" w:rsidRPr="005E2268" w:rsidRDefault="005E2268">
      <w:pPr>
        <w:numPr>
          <w:ilvl w:val="0"/>
          <w:numId w:val="17"/>
        </w:numPr>
        <w:rPr>
          <w:lang w:val="en-GB"/>
        </w:rPr>
      </w:pPr>
      <w:proofErr w:type="spellStart"/>
      <w:r w:rsidRPr="005E2268">
        <w:rPr>
          <w:lang w:val="en-GB"/>
        </w:rPr>
        <w:t>Systemau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gwirio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mewn</w:t>
      </w:r>
      <w:proofErr w:type="spellEnd"/>
      <w:r w:rsidRPr="005E2268">
        <w:rPr>
          <w:lang w:val="en-GB"/>
        </w:rPr>
        <w:t>/</w:t>
      </w:r>
      <w:proofErr w:type="spellStart"/>
      <w:r w:rsidRPr="005E2268">
        <w:rPr>
          <w:lang w:val="en-GB"/>
        </w:rPr>
        <w:t>allan</w:t>
      </w:r>
      <w:proofErr w:type="spellEnd"/>
    </w:p>
    <w:p w14:paraId="5CB0E359" w14:textId="77777777" w:rsidR="005E2268" w:rsidRPr="005E2268" w:rsidRDefault="005E2268">
      <w:pPr>
        <w:numPr>
          <w:ilvl w:val="0"/>
          <w:numId w:val="17"/>
        </w:numPr>
        <w:rPr>
          <w:lang w:val="en-GB"/>
        </w:rPr>
      </w:pPr>
      <w:proofErr w:type="spellStart"/>
      <w:r w:rsidRPr="005E2268">
        <w:rPr>
          <w:lang w:val="en-GB"/>
        </w:rPr>
        <w:t>Parthau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Rheoleiddio</w:t>
      </w:r>
      <w:proofErr w:type="spellEnd"/>
    </w:p>
    <w:p w14:paraId="090EB8B5" w14:textId="77777777" w:rsidR="005E2268" w:rsidRPr="005E2268" w:rsidRDefault="005E2268">
      <w:pPr>
        <w:numPr>
          <w:ilvl w:val="0"/>
          <w:numId w:val="17"/>
        </w:numPr>
        <w:rPr>
          <w:lang w:val="en-GB"/>
        </w:rPr>
      </w:pPr>
      <w:r w:rsidRPr="005E2268">
        <w:rPr>
          <w:lang w:val="en-GB"/>
        </w:rPr>
        <w:t xml:space="preserve">Addasiadau </w:t>
      </w:r>
      <w:proofErr w:type="spellStart"/>
      <w:r w:rsidRPr="005E2268">
        <w:rPr>
          <w:lang w:val="en-GB"/>
        </w:rPr>
        <w:t>rhesymol</w:t>
      </w:r>
      <w:proofErr w:type="spellEnd"/>
    </w:p>
    <w:p w14:paraId="14D0B666" w14:textId="77777777" w:rsidR="005E2268" w:rsidRPr="005E2268" w:rsidRDefault="005E2268">
      <w:pPr>
        <w:numPr>
          <w:ilvl w:val="0"/>
          <w:numId w:val="17"/>
        </w:numPr>
        <w:rPr>
          <w:lang w:val="en-GB"/>
        </w:rPr>
      </w:pPr>
      <w:proofErr w:type="spellStart"/>
      <w:r w:rsidRPr="005E2268">
        <w:rPr>
          <w:lang w:val="en-GB"/>
        </w:rPr>
        <w:t>Cynlluniau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unigol</w:t>
      </w:r>
      <w:proofErr w:type="spellEnd"/>
    </w:p>
    <w:p w14:paraId="25F214D6" w14:textId="77777777" w:rsidR="005E2268" w:rsidRPr="005E2268" w:rsidRDefault="005E2268" w:rsidP="005E2268">
      <w:pPr>
        <w:rPr>
          <w:b/>
          <w:bCs/>
          <w:lang w:val="en-GB"/>
        </w:rPr>
      </w:pPr>
      <w:r w:rsidRPr="005E2268">
        <w:rPr>
          <w:b/>
          <w:bCs/>
          <w:lang w:val="en-GB"/>
        </w:rPr>
        <w:t xml:space="preserve">6.3 </w:t>
      </w:r>
      <w:proofErr w:type="spellStart"/>
      <w:r w:rsidRPr="005E2268">
        <w:rPr>
          <w:b/>
          <w:bCs/>
          <w:lang w:val="en-GB"/>
        </w:rPr>
        <w:t>Cefnogaeth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Arbenigol</w:t>
      </w:r>
      <w:proofErr w:type="spellEnd"/>
    </w:p>
    <w:p w14:paraId="53162EE8" w14:textId="77777777" w:rsidR="005E2268" w:rsidRPr="005E2268" w:rsidRDefault="005E2268">
      <w:pPr>
        <w:numPr>
          <w:ilvl w:val="0"/>
          <w:numId w:val="18"/>
        </w:numPr>
        <w:rPr>
          <w:lang w:val="en-GB"/>
        </w:rPr>
      </w:pPr>
      <w:proofErr w:type="spellStart"/>
      <w:r w:rsidRPr="005E2268">
        <w:rPr>
          <w:lang w:val="en-GB"/>
        </w:rPr>
        <w:t>Cydweithio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amlasiantaethol</w:t>
      </w:r>
      <w:proofErr w:type="spellEnd"/>
    </w:p>
    <w:p w14:paraId="151259F8" w14:textId="77777777" w:rsidR="005E2268" w:rsidRPr="005E2268" w:rsidRDefault="005E2268">
      <w:pPr>
        <w:numPr>
          <w:ilvl w:val="0"/>
          <w:numId w:val="18"/>
        </w:numPr>
        <w:rPr>
          <w:lang w:val="en-GB"/>
        </w:rPr>
      </w:pPr>
      <w:proofErr w:type="spellStart"/>
      <w:r w:rsidRPr="005E2268">
        <w:rPr>
          <w:lang w:val="en-GB"/>
        </w:rPr>
        <w:t>Cynlluniau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lleihau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risg</w:t>
      </w:r>
      <w:proofErr w:type="spellEnd"/>
    </w:p>
    <w:p w14:paraId="7C1230D8" w14:textId="77777777" w:rsidR="005E2268" w:rsidRPr="005E2268" w:rsidRDefault="005E2268">
      <w:pPr>
        <w:numPr>
          <w:ilvl w:val="0"/>
          <w:numId w:val="18"/>
        </w:numPr>
        <w:rPr>
          <w:lang w:val="en-GB"/>
        </w:rPr>
      </w:pPr>
      <w:proofErr w:type="spellStart"/>
      <w:r w:rsidRPr="005E2268">
        <w:rPr>
          <w:lang w:val="en-GB"/>
        </w:rPr>
        <w:t>Ymyriadau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emosiynol</w:t>
      </w:r>
      <w:proofErr w:type="spellEnd"/>
      <w:r w:rsidRPr="005E2268">
        <w:rPr>
          <w:lang w:val="en-GB"/>
        </w:rPr>
        <w:t xml:space="preserve"> a </w:t>
      </w:r>
      <w:proofErr w:type="spellStart"/>
      <w:r w:rsidRPr="005E2268">
        <w:rPr>
          <w:lang w:val="en-GB"/>
        </w:rPr>
        <w:t>chymdeithasol</w:t>
      </w:r>
      <w:proofErr w:type="spellEnd"/>
    </w:p>
    <w:p w14:paraId="60E8BFAF" w14:textId="77777777" w:rsidR="005E2268" w:rsidRPr="005E2268" w:rsidRDefault="005E2268">
      <w:pPr>
        <w:numPr>
          <w:ilvl w:val="0"/>
          <w:numId w:val="18"/>
        </w:numPr>
        <w:rPr>
          <w:lang w:val="en-GB"/>
        </w:rPr>
      </w:pPr>
      <w:proofErr w:type="spellStart"/>
      <w:r w:rsidRPr="005E2268">
        <w:rPr>
          <w:lang w:val="en-GB"/>
        </w:rPr>
        <w:t>Adolygu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parhaus</w:t>
      </w:r>
      <w:proofErr w:type="spellEnd"/>
    </w:p>
    <w:p w14:paraId="5C0E8818" w14:textId="77777777" w:rsidR="005E2268" w:rsidRPr="005E2268" w:rsidRDefault="005E2268" w:rsidP="005E2268">
      <w:pPr>
        <w:rPr>
          <w:lang w:val="en-GB"/>
        </w:rPr>
      </w:pPr>
      <w:r w:rsidRPr="005E2268">
        <w:rPr>
          <w:lang w:val="en-GB"/>
        </w:rPr>
        <w:pict w14:anchorId="1E856604">
          <v:rect id="_x0000_i1157" style="width:0;height:1.5pt" o:hralign="center" o:hrstd="t" o:hr="t" fillcolor="#a0a0a0" stroked="f"/>
        </w:pict>
      </w:r>
    </w:p>
    <w:p w14:paraId="3487F3A9" w14:textId="77777777" w:rsidR="005E2268" w:rsidRPr="005E2268" w:rsidRDefault="005E2268" w:rsidP="005E2268">
      <w:pPr>
        <w:rPr>
          <w:b/>
          <w:bCs/>
          <w:lang w:val="en-GB"/>
        </w:rPr>
      </w:pPr>
      <w:r w:rsidRPr="005E2268">
        <w:rPr>
          <w:b/>
          <w:bCs/>
          <w:lang w:val="en-GB"/>
        </w:rPr>
        <w:t xml:space="preserve">7. </w:t>
      </w:r>
      <w:proofErr w:type="spellStart"/>
      <w:r w:rsidRPr="005E2268">
        <w:rPr>
          <w:b/>
          <w:bCs/>
          <w:lang w:val="en-GB"/>
        </w:rPr>
        <w:t>Canlyniadau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Sy’n</w:t>
      </w:r>
      <w:proofErr w:type="spellEnd"/>
      <w:r w:rsidRPr="005E2268">
        <w:rPr>
          <w:b/>
          <w:bCs/>
          <w:lang w:val="en-GB"/>
        </w:rPr>
        <w:t xml:space="preserve"> Dysgu</w:t>
      </w:r>
    </w:p>
    <w:p w14:paraId="5E9B664C" w14:textId="77777777" w:rsidR="005E2268" w:rsidRPr="005E2268" w:rsidRDefault="005E2268" w:rsidP="005E2268">
      <w:pPr>
        <w:rPr>
          <w:b/>
          <w:bCs/>
          <w:lang w:val="en-GB"/>
        </w:rPr>
      </w:pPr>
      <w:r w:rsidRPr="005E2268">
        <w:rPr>
          <w:b/>
          <w:bCs/>
          <w:lang w:val="en-GB"/>
        </w:rPr>
        <w:lastRenderedPageBreak/>
        <w:t xml:space="preserve">7.1 </w:t>
      </w:r>
      <w:proofErr w:type="spellStart"/>
      <w:r w:rsidRPr="005E2268">
        <w:rPr>
          <w:b/>
          <w:bCs/>
          <w:lang w:val="en-GB"/>
        </w:rPr>
        <w:t>Canlyniadau</w:t>
      </w:r>
      <w:proofErr w:type="spellEnd"/>
      <w:r w:rsidRPr="005E2268">
        <w:rPr>
          <w:b/>
          <w:bCs/>
          <w:lang w:val="en-GB"/>
        </w:rPr>
        <w:t xml:space="preserve"> Naturiol</w:t>
      </w:r>
    </w:p>
    <w:p w14:paraId="0AB04B87" w14:textId="77777777" w:rsidR="005E2268" w:rsidRPr="005E2268" w:rsidRDefault="005E2268" w:rsidP="005E2268">
      <w:pPr>
        <w:rPr>
          <w:lang w:val="en-GB"/>
        </w:rPr>
      </w:pPr>
      <w:proofErr w:type="spellStart"/>
      <w:r w:rsidRPr="005E2268">
        <w:rPr>
          <w:lang w:val="en-GB"/>
        </w:rPr>
        <w:t>Canlyniadau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bywyd</w:t>
      </w:r>
      <w:proofErr w:type="spellEnd"/>
      <w:r w:rsidRPr="005E2268">
        <w:rPr>
          <w:lang w:val="en-GB"/>
        </w:rPr>
        <w:t xml:space="preserve"> go </w:t>
      </w:r>
      <w:proofErr w:type="spellStart"/>
      <w:r w:rsidRPr="005E2268">
        <w:rPr>
          <w:lang w:val="en-GB"/>
        </w:rPr>
        <w:t>iawn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sy’n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helpu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dysgu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heb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gywilydd</w:t>
      </w:r>
      <w:proofErr w:type="spellEnd"/>
      <w:r w:rsidRPr="005E2268">
        <w:rPr>
          <w:lang w:val="en-GB"/>
        </w:rPr>
        <w:t>.</w:t>
      </w:r>
    </w:p>
    <w:p w14:paraId="284E2C52" w14:textId="77777777" w:rsidR="005E2268" w:rsidRPr="005E2268" w:rsidRDefault="005E2268" w:rsidP="005E2268">
      <w:pPr>
        <w:rPr>
          <w:b/>
          <w:bCs/>
          <w:lang w:val="en-GB"/>
        </w:rPr>
      </w:pPr>
      <w:r w:rsidRPr="005E2268">
        <w:rPr>
          <w:b/>
          <w:bCs/>
          <w:lang w:val="en-GB"/>
        </w:rPr>
        <w:t xml:space="preserve">7.2 </w:t>
      </w:r>
      <w:proofErr w:type="spellStart"/>
      <w:r w:rsidRPr="005E2268">
        <w:rPr>
          <w:b/>
          <w:bCs/>
          <w:lang w:val="en-GB"/>
        </w:rPr>
        <w:t>Canlyniadau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Rhesymegol</w:t>
      </w:r>
      <w:proofErr w:type="spellEnd"/>
    </w:p>
    <w:p w14:paraId="5A071B0E" w14:textId="77777777" w:rsidR="005E2268" w:rsidRPr="005E2268" w:rsidRDefault="005E2268" w:rsidP="005E2268">
      <w:pPr>
        <w:rPr>
          <w:lang w:val="en-GB"/>
        </w:rPr>
      </w:pPr>
      <w:proofErr w:type="spellStart"/>
      <w:r w:rsidRPr="005E2268">
        <w:rPr>
          <w:lang w:val="en-GB"/>
        </w:rPr>
        <w:t>Canlyniadau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sy’n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gysylltiedig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uniongyrchol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â’r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ymddygiad</w:t>
      </w:r>
      <w:proofErr w:type="spellEnd"/>
      <w:r w:rsidRPr="005E2268">
        <w:rPr>
          <w:lang w:val="en-GB"/>
        </w:rPr>
        <w:t xml:space="preserve"> (</w:t>
      </w:r>
      <w:proofErr w:type="spellStart"/>
      <w:r w:rsidRPr="005E2268">
        <w:rPr>
          <w:lang w:val="en-GB"/>
        </w:rPr>
        <w:t>e.e.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seibiant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byr</w:t>
      </w:r>
      <w:proofErr w:type="spellEnd"/>
      <w:r w:rsidRPr="005E2268">
        <w:rPr>
          <w:lang w:val="en-GB"/>
        </w:rPr>
        <w:t xml:space="preserve">, </w:t>
      </w:r>
      <w:proofErr w:type="spellStart"/>
      <w:r w:rsidRPr="005E2268">
        <w:rPr>
          <w:lang w:val="en-GB"/>
        </w:rPr>
        <w:t>sgwrs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adferol</w:t>
      </w:r>
      <w:proofErr w:type="spellEnd"/>
      <w:r w:rsidRPr="005E2268">
        <w:rPr>
          <w:lang w:val="en-GB"/>
        </w:rPr>
        <w:t>).</w:t>
      </w:r>
    </w:p>
    <w:p w14:paraId="5DA5DD0C" w14:textId="77777777" w:rsidR="005E2268" w:rsidRPr="005E2268" w:rsidRDefault="005E2268" w:rsidP="005E2268">
      <w:pPr>
        <w:rPr>
          <w:b/>
          <w:bCs/>
          <w:lang w:val="en-GB"/>
        </w:rPr>
      </w:pPr>
      <w:proofErr w:type="spellStart"/>
      <w:r w:rsidRPr="005E2268">
        <w:rPr>
          <w:b/>
          <w:bCs/>
          <w:lang w:val="en-GB"/>
        </w:rPr>
        <w:t>Egwyddorion</w:t>
      </w:r>
      <w:proofErr w:type="spellEnd"/>
    </w:p>
    <w:p w14:paraId="3F1E03F4" w14:textId="77777777" w:rsidR="005E2268" w:rsidRPr="005E2268" w:rsidRDefault="005E2268">
      <w:pPr>
        <w:numPr>
          <w:ilvl w:val="0"/>
          <w:numId w:val="19"/>
        </w:numPr>
        <w:rPr>
          <w:lang w:val="en-GB"/>
        </w:rPr>
      </w:pPr>
      <w:proofErr w:type="spellStart"/>
      <w:r w:rsidRPr="005E2268">
        <w:rPr>
          <w:lang w:val="en-GB"/>
        </w:rPr>
        <w:t>Byr</w:t>
      </w:r>
      <w:proofErr w:type="spellEnd"/>
    </w:p>
    <w:p w14:paraId="7D8A855F" w14:textId="77777777" w:rsidR="005E2268" w:rsidRPr="005E2268" w:rsidRDefault="005E2268">
      <w:pPr>
        <w:numPr>
          <w:ilvl w:val="0"/>
          <w:numId w:val="19"/>
        </w:numPr>
        <w:rPr>
          <w:lang w:val="en-GB"/>
        </w:rPr>
      </w:pPr>
      <w:proofErr w:type="spellStart"/>
      <w:r w:rsidRPr="005E2268">
        <w:rPr>
          <w:lang w:val="en-GB"/>
        </w:rPr>
        <w:t>Addysgiadol</w:t>
      </w:r>
      <w:proofErr w:type="spellEnd"/>
    </w:p>
    <w:p w14:paraId="462B96A1" w14:textId="77777777" w:rsidR="005E2268" w:rsidRPr="005E2268" w:rsidRDefault="005E2268">
      <w:pPr>
        <w:numPr>
          <w:ilvl w:val="0"/>
          <w:numId w:val="19"/>
        </w:numPr>
        <w:rPr>
          <w:lang w:val="en-GB"/>
        </w:rPr>
      </w:pPr>
      <w:r w:rsidRPr="005E2268">
        <w:rPr>
          <w:lang w:val="en-GB"/>
        </w:rPr>
        <w:t xml:space="preserve">Yn </w:t>
      </w:r>
      <w:proofErr w:type="spellStart"/>
      <w:r w:rsidRPr="005E2268">
        <w:rPr>
          <w:lang w:val="en-GB"/>
        </w:rPr>
        <w:t>adferol</w:t>
      </w:r>
      <w:proofErr w:type="spellEnd"/>
    </w:p>
    <w:p w14:paraId="113E87EA" w14:textId="77777777" w:rsidR="005E2268" w:rsidRPr="005E2268" w:rsidRDefault="005E2268">
      <w:pPr>
        <w:numPr>
          <w:ilvl w:val="0"/>
          <w:numId w:val="19"/>
        </w:numPr>
        <w:rPr>
          <w:lang w:val="en-GB"/>
        </w:rPr>
      </w:pPr>
      <w:r w:rsidRPr="005E2268">
        <w:rPr>
          <w:lang w:val="en-GB"/>
        </w:rPr>
        <w:t xml:space="preserve">Byth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cosbi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na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chywilyddio</w:t>
      </w:r>
      <w:proofErr w:type="spellEnd"/>
    </w:p>
    <w:p w14:paraId="26F0E54A" w14:textId="77777777" w:rsidR="005E2268" w:rsidRPr="005E2268" w:rsidRDefault="005E2268" w:rsidP="005E2268">
      <w:pPr>
        <w:rPr>
          <w:lang w:val="en-GB"/>
        </w:rPr>
      </w:pPr>
      <w:r w:rsidRPr="005E2268">
        <w:rPr>
          <w:lang w:val="en-GB"/>
        </w:rPr>
        <w:pict w14:anchorId="7EA75E39">
          <v:rect id="_x0000_i1158" style="width:0;height:1.5pt" o:hralign="center" o:hrstd="t" o:hr="t" fillcolor="#a0a0a0" stroked="f"/>
        </w:pict>
      </w:r>
    </w:p>
    <w:p w14:paraId="02991417" w14:textId="77777777" w:rsidR="005E2268" w:rsidRPr="005E2268" w:rsidRDefault="005E2268" w:rsidP="005E2268">
      <w:pPr>
        <w:rPr>
          <w:b/>
          <w:bCs/>
          <w:lang w:val="en-GB"/>
        </w:rPr>
      </w:pPr>
      <w:r w:rsidRPr="005E2268">
        <w:rPr>
          <w:b/>
          <w:bCs/>
          <w:lang w:val="en-GB"/>
        </w:rPr>
        <w:t xml:space="preserve">7.3 </w:t>
      </w:r>
      <w:proofErr w:type="spellStart"/>
      <w:r w:rsidRPr="005E2268">
        <w:rPr>
          <w:b/>
          <w:bCs/>
          <w:lang w:val="en-GB"/>
        </w:rPr>
        <w:t>Dulliau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Adferol</w:t>
      </w:r>
      <w:proofErr w:type="spellEnd"/>
    </w:p>
    <w:p w14:paraId="45A45F6B" w14:textId="77777777" w:rsidR="005E2268" w:rsidRPr="005E2268" w:rsidRDefault="005E2268">
      <w:pPr>
        <w:numPr>
          <w:ilvl w:val="0"/>
          <w:numId w:val="20"/>
        </w:numPr>
        <w:rPr>
          <w:lang w:val="en-GB"/>
        </w:rPr>
      </w:pPr>
      <w:r w:rsidRPr="005E2268">
        <w:rPr>
          <w:lang w:val="en-GB"/>
        </w:rPr>
        <w:t xml:space="preserve">Beth </w:t>
      </w:r>
      <w:proofErr w:type="spellStart"/>
      <w:r w:rsidRPr="005E2268">
        <w:rPr>
          <w:lang w:val="en-GB"/>
        </w:rPr>
        <w:t>ddigwyddodd</w:t>
      </w:r>
      <w:proofErr w:type="spellEnd"/>
      <w:r w:rsidRPr="005E2268">
        <w:rPr>
          <w:lang w:val="en-GB"/>
        </w:rPr>
        <w:t>?</w:t>
      </w:r>
    </w:p>
    <w:p w14:paraId="4DED5407" w14:textId="77777777" w:rsidR="005E2268" w:rsidRPr="005E2268" w:rsidRDefault="005E2268">
      <w:pPr>
        <w:numPr>
          <w:ilvl w:val="0"/>
          <w:numId w:val="20"/>
        </w:numPr>
        <w:rPr>
          <w:lang w:val="en-GB"/>
        </w:rPr>
      </w:pPr>
      <w:r w:rsidRPr="005E2268">
        <w:rPr>
          <w:lang w:val="en-GB"/>
        </w:rPr>
        <w:t xml:space="preserve">Sut </w:t>
      </w:r>
      <w:proofErr w:type="spellStart"/>
      <w:r w:rsidRPr="005E2268">
        <w:rPr>
          <w:lang w:val="en-GB"/>
        </w:rPr>
        <w:t>oeddech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teimlo</w:t>
      </w:r>
      <w:proofErr w:type="spellEnd"/>
      <w:r w:rsidRPr="005E2268">
        <w:rPr>
          <w:lang w:val="en-GB"/>
        </w:rPr>
        <w:t>?</w:t>
      </w:r>
    </w:p>
    <w:p w14:paraId="24BD7E51" w14:textId="77777777" w:rsidR="005E2268" w:rsidRPr="005E2268" w:rsidRDefault="005E2268">
      <w:pPr>
        <w:numPr>
          <w:ilvl w:val="0"/>
          <w:numId w:val="20"/>
        </w:numPr>
        <w:rPr>
          <w:lang w:val="en-GB"/>
        </w:rPr>
      </w:pPr>
      <w:proofErr w:type="spellStart"/>
      <w:r w:rsidRPr="005E2268">
        <w:rPr>
          <w:lang w:val="en-GB"/>
        </w:rPr>
        <w:t>Pwy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gafodd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effaith</w:t>
      </w:r>
      <w:proofErr w:type="spellEnd"/>
      <w:r w:rsidRPr="005E2268">
        <w:rPr>
          <w:lang w:val="en-GB"/>
        </w:rPr>
        <w:t>?</w:t>
      </w:r>
    </w:p>
    <w:p w14:paraId="14A3A0E0" w14:textId="77777777" w:rsidR="005E2268" w:rsidRPr="005E2268" w:rsidRDefault="005E2268">
      <w:pPr>
        <w:numPr>
          <w:ilvl w:val="0"/>
          <w:numId w:val="20"/>
        </w:numPr>
        <w:rPr>
          <w:lang w:val="en-GB"/>
        </w:rPr>
      </w:pPr>
      <w:r w:rsidRPr="005E2268">
        <w:rPr>
          <w:lang w:val="en-GB"/>
        </w:rPr>
        <w:t xml:space="preserve">Sut </w:t>
      </w:r>
      <w:proofErr w:type="spellStart"/>
      <w:r w:rsidRPr="005E2268">
        <w:rPr>
          <w:lang w:val="en-GB"/>
        </w:rPr>
        <w:t>gallwn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wneud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pethau’n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iawn</w:t>
      </w:r>
      <w:proofErr w:type="spellEnd"/>
      <w:r w:rsidRPr="005E2268">
        <w:rPr>
          <w:lang w:val="en-GB"/>
        </w:rPr>
        <w:t>?</w:t>
      </w:r>
    </w:p>
    <w:p w14:paraId="645F74BC" w14:textId="77777777" w:rsidR="005E2268" w:rsidRPr="005E2268" w:rsidRDefault="005E2268">
      <w:pPr>
        <w:numPr>
          <w:ilvl w:val="0"/>
          <w:numId w:val="20"/>
        </w:numPr>
        <w:rPr>
          <w:lang w:val="en-GB"/>
        </w:rPr>
      </w:pPr>
      <w:r w:rsidRPr="005E2268">
        <w:rPr>
          <w:lang w:val="en-GB"/>
        </w:rPr>
        <w:t xml:space="preserve">Sut </w:t>
      </w:r>
      <w:proofErr w:type="spellStart"/>
      <w:r w:rsidRPr="005E2268">
        <w:rPr>
          <w:lang w:val="en-GB"/>
        </w:rPr>
        <w:t>gallwn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wneud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well y </w:t>
      </w:r>
      <w:proofErr w:type="spellStart"/>
      <w:r w:rsidRPr="005E2268">
        <w:rPr>
          <w:lang w:val="en-GB"/>
        </w:rPr>
        <w:t>tro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nesaf</w:t>
      </w:r>
      <w:proofErr w:type="spellEnd"/>
      <w:r w:rsidRPr="005E2268">
        <w:rPr>
          <w:lang w:val="en-GB"/>
        </w:rPr>
        <w:t>?</w:t>
      </w:r>
    </w:p>
    <w:p w14:paraId="3D0E3573" w14:textId="77777777" w:rsidR="005E2268" w:rsidRPr="005E2268" w:rsidRDefault="005E2268" w:rsidP="005E2268">
      <w:pPr>
        <w:rPr>
          <w:lang w:val="en-GB"/>
        </w:rPr>
      </w:pPr>
      <w:r w:rsidRPr="005E2268">
        <w:rPr>
          <w:lang w:val="en-GB"/>
        </w:rPr>
        <w:pict w14:anchorId="75D6A871">
          <v:rect id="_x0000_i1159" style="width:0;height:1.5pt" o:hralign="center" o:hrstd="t" o:hr="t" fillcolor="#a0a0a0" stroked="f"/>
        </w:pict>
      </w:r>
    </w:p>
    <w:p w14:paraId="65255EDB" w14:textId="77777777" w:rsidR="005E2268" w:rsidRPr="005E2268" w:rsidRDefault="005E2268" w:rsidP="005E2268">
      <w:pPr>
        <w:rPr>
          <w:b/>
          <w:bCs/>
          <w:lang w:val="en-GB"/>
        </w:rPr>
      </w:pPr>
      <w:r w:rsidRPr="005E2268">
        <w:rPr>
          <w:b/>
          <w:bCs/>
          <w:lang w:val="en-GB"/>
        </w:rPr>
        <w:t xml:space="preserve">8. Addasiadau </w:t>
      </w:r>
      <w:proofErr w:type="spellStart"/>
      <w:r w:rsidRPr="005E2268">
        <w:rPr>
          <w:b/>
          <w:bCs/>
          <w:lang w:val="en-GB"/>
        </w:rPr>
        <w:t>Rhesymol</w:t>
      </w:r>
      <w:proofErr w:type="spellEnd"/>
    </w:p>
    <w:p w14:paraId="65B4EED8" w14:textId="77777777" w:rsidR="005E2268" w:rsidRPr="005E2268" w:rsidRDefault="005E2268" w:rsidP="005E2268">
      <w:pPr>
        <w:rPr>
          <w:lang w:val="en-GB"/>
        </w:rPr>
      </w:pPr>
      <w:r w:rsidRPr="005E2268">
        <w:rPr>
          <w:lang w:val="en-GB"/>
        </w:rPr>
        <w:t xml:space="preserve">Addasiadau i </w:t>
      </w:r>
      <w:proofErr w:type="spellStart"/>
      <w:r w:rsidRPr="005E2268">
        <w:rPr>
          <w:lang w:val="en-GB"/>
        </w:rPr>
        <w:t>sicrhau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tegwch</w:t>
      </w:r>
      <w:proofErr w:type="spellEnd"/>
      <w:r w:rsidRPr="005E2268">
        <w:rPr>
          <w:lang w:val="en-GB"/>
        </w:rPr>
        <w:t xml:space="preserve"> a </w:t>
      </w:r>
      <w:proofErr w:type="spellStart"/>
      <w:r w:rsidRPr="005E2268">
        <w:rPr>
          <w:lang w:val="en-GB"/>
        </w:rPr>
        <w:t>chynhwysiant</w:t>
      </w:r>
      <w:proofErr w:type="spellEnd"/>
      <w:r w:rsidRPr="005E2268">
        <w:rPr>
          <w:lang w:val="en-GB"/>
        </w:rPr>
        <w:t xml:space="preserve"> (</w:t>
      </w:r>
      <w:proofErr w:type="spellStart"/>
      <w:r w:rsidRPr="005E2268">
        <w:rPr>
          <w:lang w:val="en-GB"/>
        </w:rPr>
        <w:t>e.e.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amser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ychwanegol</w:t>
      </w:r>
      <w:proofErr w:type="spellEnd"/>
      <w:r w:rsidRPr="005E2268">
        <w:rPr>
          <w:lang w:val="en-GB"/>
        </w:rPr>
        <w:t xml:space="preserve">, </w:t>
      </w:r>
      <w:proofErr w:type="spellStart"/>
      <w:r w:rsidRPr="005E2268">
        <w:rPr>
          <w:lang w:val="en-GB"/>
        </w:rPr>
        <w:t>cymorth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gweledol</w:t>
      </w:r>
      <w:proofErr w:type="spellEnd"/>
      <w:r w:rsidRPr="005E2268">
        <w:rPr>
          <w:lang w:val="en-GB"/>
        </w:rPr>
        <w:t xml:space="preserve">, offer </w:t>
      </w:r>
      <w:proofErr w:type="spellStart"/>
      <w:r w:rsidRPr="005E2268">
        <w:rPr>
          <w:lang w:val="en-GB"/>
        </w:rPr>
        <w:t>synhwyraidd</w:t>
      </w:r>
      <w:proofErr w:type="spellEnd"/>
      <w:r w:rsidRPr="005E2268">
        <w:rPr>
          <w:lang w:val="en-GB"/>
        </w:rPr>
        <w:t>).</w:t>
      </w:r>
    </w:p>
    <w:p w14:paraId="693BB4E6" w14:textId="77777777" w:rsidR="005E2268" w:rsidRPr="005E2268" w:rsidRDefault="005E2268" w:rsidP="005E2268">
      <w:pPr>
        <w:rPr>
          <w:lang w:val="en-GB"/>
        </w:rPr>
      </w:pPr>
      <w:r w:rsidRPr="005E2268">
        <w:rPr>
          <w:lang w:val="en-GB"/>
        </w:rPr>
        <w:pict w14:anchorId="4708DB14">
          <v:rect id="_x0000_i1160" style="width:0;height:1.5pt" o:hralign="center" o:hrstd="t" o:hr="t" fillcolor="#a0a0a0" stroked="f"/>
        </w:pict>
      </w:r>
    </w:p>
    <w:p w14:paraId="3297D2FE" w14:textId="77777777" w:rsidR="005E2268" w:rsidRPr="005E2268" w:rsidRDefault="005E2268" w:rsidP="005E2268">
      <w:pPr>
        <w:rPr>
          <w:b/>
          <w:bCs/>
          <w:lang w:val="en-GB"/>
        </w:rPr>
      </w:pPr>
      <w:r w:rsidRPr="005E2268">
        <w:rPr>
          <w:b/>
          <w:bCs/>
          <w:lang w:val="en-GB"/>
        </w:rPr>
        <w:t xml:space="preserve">9. </w:t>
      </w:r>
      <w:proofErr w:type="spellStart"/>
      <w:r w:rsidRPr="005E2268">
        <w:rPr>
          <w:b/>
          <w:bCs/>
          <w:lang w:val="en-GB"/>
        </w:rPr>
        <w:t>Ymyrraeth</w:t>
      </w:r>
      <w:proofErr w:type="spellEnd"/>
      <w:r w:rsidRPr="005E2268">
        <w:rPr>
          <w:b/>
          <w:bCs/>
          <w:lang w:val="en-GB"/>
        </w:rPr>
        <w:t xml:space="preserve"> </w:t>
      </w:r>
      <w:proofErr w:type="spellStart"/>
      <w:r w:rsidRPr="005E2268">
        <w:rPr>
          <w:b/>
          <w:bCs/>
          <w:lang w:val="en-GB"/>
        </w:rPr>
        <w:t>Gorfforol</w:t>
      </w:r>
      <w:proofErr w:type="spellEnd"/>
      <w:r w:rsidRPr="005E2268">
        <w:rPr>
          <w:b/>
          <w:bCs/>
          <w:lang w:val="en-GB"/>
        </w:rPr>
        <w:t xml:space="preserve"> (Dewis Olaf)</w:t>
      </w:r>
    </w:p>
    <w:p w14:paraId="05862249" w14:textId="77777777" w:rsidR="005E2268" w:rsidRPr="005E2268" w:rsidRDefault="005E2268" w:rsidP="005E2268">
      <w:pPr>
        <w:rPr>
          <w:lang w:val="en-GB"/>
        </w:rPr>
      </w:pPr>
      <w:r w:rsidRPr="005E2268">
        <w:rPr>
          <w:lang w:val="en-GB"/>
        </w:rPr>
        <w:t xml:space="preserve">Dim </w:t>
      </w:r>
      <w:proofErr w:type="spellStart"/>
      <w:r w:rsidRPr="005E2268">
        <w:rPr>
          <w:lang w:val="en-GB"/>
        </w:rPr>
        <w:t>ond</w:t>
      </w:r>
      <w:proofErr w:type="spellEnd"/>
      <w:r w:rsidRPr="005E2268">
        <w:rPr>
          <w:lang w:val="en-GB"/>
        </w:rPr>
        <w:t xml:space="preserve"> pan </w:t>
      </w:r>
      <w:proofErr w:type="spellStart"/>
      <w:r w:rsidRPr="005E2268">
        <w:rPr>
          <w:lang w:val="en-GB"/>
        </w:rPr>
        <w:t>fo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angen</w:t>
      </w:r>
      <w:proofErr w:type="spellEnd"/>
      <w:r w:rsidRPr="005E2268">
        <w:rPr>
          <w:lang w:val="en-GB"/>
        </w:rPr>
        <w:t xml:space="preserve">,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rhesymol</w:t>
      </w:r>
      <w:proofErr w:type="spellEnd"/>
      <w:r w:rsidRPr="005E2268">
        <w:rPr>
          <w:lang w:val="en-GB"/>
        </w:rPr>
        <w:t xml:space="preserve"> ac </w:t>
      </w:r>
      <w:proofErr w:type="spellStart"/>
      <w:r w:rsidRPr="005E2268">
        <w:rPr>
          <w:lang w:val="en-GB"/>
        </w:rPr>
        <w:t>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gymesur</w:t>
      </w:r>
      <w:proofErr w:type="spellEnd"/>
      <w:r w:rsidRPr="005E2268">
        <w:rPr>
          <w:lang w:val="en-GB"/>
        </w:rPr>
        <w:t xml:space="preserve">, </w:t>
      </w:r>
      <w:proofErr w:type="spellStart"/>
      <w:r w:rsidRPr="005E2268">
        <w:rPr>
          <w:lang w:val="en-GB"/>
        </w:rPr>
        <w:t>gyda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mesurau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diogelwch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clir</w:t>
      </w:r>
      <w:proofErr w:type="spellEnd"/>
      <w:r w:rsidRPr="005E2268">
        <w:rPr>
          <w:lang w:val="en-GB"/>
        </w:rPr>
        <w:t>.</w:t>
      </w:r>
    </w:p>
    <w:p w14:paraId="05DDECFE" w14:textId="77777777" w:rsidR="005E2268" w:rsidRPr="005E2268" w:rsidRDefault="005E2268" w:rsidP="005E2268">
      <w:pPr>
        <w:rPr>
          <w:lang w:val="en-GB"/>
        </w:rPr>
      </w:pPr>
      <w:r w:rsidRPr="005E2268">
        <w:rPr>
          <w:lang w:val="en-GB"/>
        </w:rPr>
        <w:pict w14:anchorId="39C97AFD">
          <v:rect id="_x0000_i1161" style="width:0;height:1.5pt" o:hralign="center" o:hrstd="t" o:hr="t" fillcolor="#a0a0a0" stroked="f"/>
        </w:pict>
      </w:r>
    </w:p>
    <w:p w14:paraId="2DD96EAB" w14:textId="77777777" w:rsidR="005E2268" w:rsidRPr="005E2268" w:rsidRDefault="005E2268" w:rsidP="005E2268">
      <w:pPr>
        <w:rPr>
          <w:b/>
          <w:bCs/>
          <w:lang w:val="en-GB"/>
        </w:rPr>
      </w:pPr>
      <w:r w:rsidRPr="005E2268">
        <w:rPr>
          <w:b/>
          <w:bCs/>
          <w:lang w:val="en-GB"/>
        </w:rPr>
        <w:t xml:space="preserve">10. </w:t>
      </w:r>
      <w:proofErr w:type="spellStart"/>
      <w:r w:rsidRPr="005E2268">
        <w:rPr>
          <w:b/>
          <w:bCs/>
          <w:lang w:val="en-GB"/>
        </w:rPr>
        <w:t>Gwaharddiadau</w:t>
      </w:r>
      <w:proofErr w:type="spellEnd"/>
    </w:p>
    <w:p w14:paraId="097757E9" w14:textId="77777777" w:rsidR="005E2268" w:rsidRPr="005E2268" w:rsidRDefault="005E2268" w:rsidP="005E2268">
      <w:pPr>
        <w:rPr>
          <w:lang w:val="en-GB"/>
        </w:rPr>
      </w:pPr>
      <w:r w:rsidRPr="005E2268">
        <w:rPr>
          <w:lang w:val="en-GB"/>
        </w:rPr>
        <w:t xml:space="preserve">Dim </w:t>
      </w:r>
      <w:proofErr w:type="spellStart"/>
      <w:r w:rsidRPr="005E2268">
        <w:rPr>
          <w:lang w:val="en-GB"/>
        </w:rPr>
        <w:t>ond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fel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dewis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olaf</w:t>
      </w:r>
      <w:proofErr w:type="spellEnd"/>
      <w:r w:rsidRPr="005E2268">
        <w:rPr>
          <w:lang w:val="en-GB"/>
        </w:rPr>
        <w:t xml:space="preserve">, </w:t>
      </w:r>
      <w:proofErr w:type="spellStart"/>
      <w:r w:rsidRPr="005E2268">
        <w:rPr>
          <w:lang w:val="en-GB"/>
        </w:rPr>
        <w:t>gan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ddilyn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prosesau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statudol</w:t>
      </w:r>
      <w:proofErr w:type="spellEnd"/>
      <w:r w:rsidRPr="005E2268">
        <w:rPr>
          <w:lang w:val="en-GB"/>
        </w:rPr>
        <w:t xml:space="preserve">, </w:t>
      </w:r>
      <w:proofErr w:type="spellStart"/>
      <w:r w:rsidRPr="005E2268">
        <w:rPr>
          <w:lang w:val="en-GB"/>
        </w:rPr>
        <w:t>gyda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chynllun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dychwelyd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cadarnhaol</w:t>
      </w:r>
      <w:proofErr w:type="spellEnd"/>
      <w:r w:rsidRPr="005E2268">
        <w:rPr>
          <w:lang w:val="en-GB"/>
        </w:rPr>
        <w:t>.</w:t>
      </w:r>
    </w:p>
    <w:p w14:paraId="42744B8E" w14:textId="77777777" w:rsidR="005E2268" w:rsidRPr="005E2268" w:rsidRDefault="005E2268" w:rsidP="005E2268">
      <w:pPr>
        <w:rPr>
          <w:lang w:val="en-GB"/>
        </w:rPr>
      </w:pPr>
      <w:r w:rsidRPr="005E2268">
        <w:rPr>
          <w:lang w:val="en-GB"/>
        </w:rPr>
        <w:lastRenderedPageBreak/>
        <w:pict w14:anchorId="018004E5">
          <v:rect id="_x0000_i1162" style="width:0;height:1.5pt" o:hralign="center" o:hrstd="t" o:hr="t" fillcolor="#a0a0a0" stroked="f"/>
        </w:pict>
      </w:r>
    </w:p>
    <w:p w14:paraId="02834C20" w14:textId="77777777" w:rsidR="005E2268" w:rsidRPr="005E2268" w:rsidRDefault="005E2268" w:rsidP="005E2268">
      <w:pPr>
        <w:rPr>
          <w:b/>
          <w:bCs/>
          <w:lang w:val="en-GB"/>
        </w:rPr>
      </w:pPr>
      <w:r w:rsidRPr="005E2268">
        <w:rPr>
          <w:b/>
          <w:bCs/>
          <w:lang w:val="en-GB"/>
        </w:rPr>
        <w:t xml:space="preserve">11. </w:t>
      </w:r>
      <w:proofErr w:type="spellStart"/>
      <w:r w:rsidRPr="005E2268">
        <w:rPr>
          <w:b/>
          <w:bCs/>
          <w:lang w:val="en-GB"/>
        </w:rPr>
        <w:t>Diwylliant</w:t>
      </w:r>
      <w:proofErr w:type="spellEnd"/>
      <w:r w:rsidRPr="005E2268">
        <w:rPr>
          <w:b/>
          <w:bCs/>
          <w:lang w:val="en-GB"/>
        </w:rPr>
        <w:t xml:space="preserve"> Cadarnhaol</w:t>
      </w:r>
    </w:p>
    <w:p w14:paraId="020C0A52" w14:textId="77777777" w:rsidR="005E2268" w:rsidRPr="005E2268" w:rsidRDefault="005E2268">
      <w:pPr>
        <w:numPr>
          <w:ilvl w:val="0"/>
          <w:numId w:val="21"/>
        </w:numPr>
        <w:rPr>
          <w:lang w:val="en-GB"/>
        </w:rPr>
      </w:pPr>
      <w:proofErr w:type="spellStart"/>
      <w:r w:rsidRPr="005E2268">
        <w:rPr>
          <w:lang w:val="en-GB"/>
        </w:rPr>
        <w:t>Canmoliaeth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ddiffuant</w:t>
      </w:r>
      <w:proofErr w:type="spellEnd"/>
    </w:p>
    <w:p w14:paraId="22F4A317" w14:textId="77777777" w:rsidR="005E2268" w:rsidRPr="005E2268" w:rsidRDefault="005E2268">
      <w:pPr>
        <w:numPr>
          <w:ilvl w:val="0"/>
          <w:numId w:val="21"/>
        </w:numPr>
        <w:rPr>
          <w:lang w:val="en-GB"/>
        </w:rPr>
      </w:pPr>
      <w:proofErr w:type="spellStart"/>
      <w:r w:rsidRPr="005E2268">
        <w:rPr>
          <w:lang w:val="en-GB"/>
        </w:rPr>
        <w:t>Dathlu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dysgu</w:t>
      </w:r>
      <w:proofErr w:type="spellEnd"/>
    </w:p>
    <w:p w14:paraId="1E2175C8" w14:textId="77777777" w:rsidR="005E2268" w:rsidRPr="005E2268" w:rsidRDefault="005E2268">
      <w:pPr>
        <w:numPr>
          <w:ilvl w:val="0"/>
          <w:numId w:val="21"/>
        </w:numPr>
        <w:rPr>
          <w:lang w:val="en-GB"/>
        </w:rPr>
      </w:pPr>
      <w:proofErr w:type="spellStart"/>
      <w:r w:rsidRPr="005E2268">
        <w:rPr>
          <w:lang w:val="en-GB"/>
        </w:rPr>
        <w:t>Gwobrau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dosbarth</w:t>
      </w:r>
      <w:proofErr w:type="spellEnd"/>
    </w:p>
    <w:p w14:paraId="04B02FFC" w14:textId="77777777" w:rsidR="005E2268" w:rsidRPr="005E2268" w:rsidRDefault="005E2268">
      <w:pPr>
        <w:numPr>
          <w:ilvl w:val="0"/>
          <w:numId w:val="21"/>
        </w:numPr>
        <w:rPr>
          <w:lang w:val="en-GB"/>
        </w:rPr>
      </w:pPr>
      <w:proofErr w:type="spellStart"/>
      <w:r w:rsidRPr="005E2268">
        <w:rPr>
          <w:lang w:val="en-GB"/>
        </w:rPr>
        <w:t>Cyfleoedd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cyfrifoldeb</w:t>
      </w:r>
      <w:proofErr w:type="spellEnd"/>
    </w:p>
    <w:p w14:paraId="762D7E1B" w14:textId="77777777" w:rsidR="005E2268" w:rsidRPr="005E2268" w:rsidRDefault="005E2268">
      <w:pPr>
        <w:numPr>
          <w:ilvl w:val="0"/>
          <w:numId w:val="21"/>
        </w:numPr>
        <w:rPr>
          <w:lang w:val="en-GB"/>
        </w:rPr>
      </w:pPr>
      <w:proofErr w:type="spellStart"/>
      <w:r w:rsidRPr="005E2268">
        <w:rPr>
          <w:lang w:val="en-GB"/>
        </w:rPr>
        <w:t>Canmoliaeth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anuniongyrchol</w:t>
      </w:r>
      <w:proofErr w:type="spellEnd"/>
      <w:r w:rsidRPr="005E2268">
        <w:rPr>
          <w:lang w:val="en-GB"/>
        </w:rPr>
        <w:t xml:space="preserve"> i </w:t>
      </w:r>
      <w:proofErr w:type="spellStart"/>
      <w:r w:rsidRPr="005E2268">
        <w:rPr>
          <w:lang w:val="en-GB"/>
        </w:rPr>
        <w:t>gryfhau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hyder</w:t>
      </w:r>
      <w:proofErr w:type="spellEnd"/>
    </w:p>
    <w:p w14:paraId="4A4BCE6A" w14:textId="77777777" w:rsidR="005E2268" w:rsidRPr="005E2268" w:rsidRDefault="005E2268" w:rsidP="005E2268">
      <w:pPr>
        <w:rPr>
          <w:lang w:val="en-GB"/>
        </w:rPr>
      </w:pPr>
      <w:r w:rsidRPr="005E2268">
        <w:rPr>
          <w:lang w:val="en-GB"/>
        </w:rPr>
        <w:pict w14:anchorId="27487586">
          <v:rect id="_x0000_i1163" style="width:0;height:1.5pt" o:hralign="center" o:hrstd="t" o:hr="t" fillcolor="#a0a0a0" stroked="f"/>
        </w:pict>
      </w:r>
    </w:p>
    <w:p w14:paraId="593A950B" w14:textId="77777777" w:rsidR="005E2268" w:rsidRPr="005E2268" w:rsidRDefault="005E2268" w:rsidP="005E2268">
      <w:pPr>
        <w:rPr>
          <w:b/>
          <w:bCs/>
          <w:lang w:val="en-GB"/>
        </w:rPr>
      </w:pPr>
      <w:r w:rsidRPr="005E2268">
        <w:rPr>
          <w:b/>
          <w:bCs/>
          <w:lang w:val="en-GB"/>
        </w:rPr>
        <w:t xml:space="preserve">12. </w:t>
      </w:r>
      <w:proofErr w:type="spellStart"/>
      <w:r w:rsidRPr="005E2268">
        <w:rPr>
          <w:b/>
          <w:bCs/>
          <w:lang w:val="en-GB"/>
        </w:rPr>
        <w:t>Cyfathrebu</w:t>
      </w:r>
      <w:proofErr w:type="spellEnd"/>
      <w:r w:rsidRPr="005E2268">
        <w:rPr>
          <w:b/>
          <w:bCs/>
          <w:lang w:val="en-GB"/>
        </w:rPr>
        <w:t xml:space="preserve">, </w:t>
      </w:r>
      <w:proofErr w:type="spellStart"/>
      <w:r w:rsidRPr="005E2268">
        <w:rPr>
          <w:b/>
          <w:bCs/>
          <w:lang w:val="en-GB"/>
        </w:rPr>
        <w:t>Cofnodi</w:t>
      </w:r>
      <w:proofErr w:type="spellEnd"/>
      <w:r w:rsidRPr="005E2268">
        <w:rPr>
          <w:b/>
          <w:bCs/>
          <w:lang w:val="en-GB"/>
        </w:rPr>
        <w:t xml:space="preserve"> ac </w:t>
      </w:r>
      <w:proofErr w:type="spellStart"/>
      <w:r w:rsidRPr="005E2268">
        <w:rPr>
          <w:b/>
          <w:bCs/>
          <w:lang w:val="en-GB"/>
        </w:rPr>
        <w:t>Adrodd</w:t>
      </w:r>
      <w:proofErr w:type="spellEnd"/>
    </w:p>
    <w:p w14:paraId="3774AD59" w14:textId="77777777" w:rsidR="005E2268" w:rsidRPr="005E2268" w:rsidRDefault="005E2268">
      <w:pPr>
        <w:numPr>
          <w:ilvl w:val="0"/>
          <w:numId w:val="22"/>
        </w:numPr>
        <w:rPr>
          <w:lang w:val="en-GB"/>
        </w:rPr>
      </w:pPr>
      <w:proofErr w:type="spellStart"/>
      <w:r w:rsidRPr="005E2268">
        <w:rPr>
          <w:lang w:val="en-GB"/>
        </w:rPr>
        <w:t>Cofnodion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ymddygiad</w:t>
      </w:r>
      <w:proofErr w:type="spellEnd"/>
    </w:p>
    <w:p w14:paraId="122B0DD2" w14:textId="77777777" w:rsidR="005E2268" w:rsidRPr="005E2268" w:rsidRDefault="005E2268">
      <w:pPr>
        <w:numPr>
          <w:ilvl w:val="0"/>
          <w:numId w:val="22"/>
        </w:numPr>
        <w:rPr>
          <w:lang w:val="en-GB"/>
        </w:rPr>
      </w:pPr>
      <w:proofErr w:type="spellStart"/>
      <w:r w:rsidRPr="005E2268">
        <w:rPr>
          <w:lang w:val="en-GB"/>
        </w:rPr>
        <w:t>Cyfathrebu</w:t>
      </w:r>
      <w:proofErr w:type="spellEnd"/>
      <w:r w:rsidRPr="005E2268">
        <w:rPr>
          <w:lang w:val="en-GB"/>
        </w:rPr>
        <w:t xml:space="preserve"> â </w:t>
      </w:r>
      <w:proofErr w:type="spellStart"/>
      <w:r w:rsidRPr="005E2268">
        <w:rPr>
          <w:lang w:val="en-GB"/>
        </w:rPr>
        <w:t>rhieni</w:t>
      </w:r>
      <w:proofErr w:type="spellEnd"/>
    </w:p>
    <w:p w14:paraId="18BDE6A4" w14:textId="77777777" w:rsidR="005E2268" w:rsidRPr="005E2268" w:rsidRDefault="005E2268">
      <w:pPr>
        <w:numPr>
          <w:ilvl w:val="0"/>
          <w:numId w:val="22"/>
        </w:numPr>
        <w:rPr>
          <w:lang w:val="en-GB"/>
        </w:rPr>
      </w:pPr>
      <w:proofErr w:type="spellStart"/>
      <w:r w:rsidRPr="005E2268">
        <w:rPr>
          <w:lang w:val="en-GB"/>
        </w:rPr>
        <w:t>Adrodd</w:t>
      </w:r>
      <w:proofErr w:type="spellEnd"/>
      <w:r w:rsidRPr="005E2268">
        <w:rPr>
          <w:lang w:val="en-GB"/>
        </w:rPr>
        <w:t xml:space="preserve"> i </w:t>
      </w:r>
      <w:proofErr w:type="spellStart"/>
      <w:r w:rsidRPr="005E2268">
        <w:rPr>
          <w:lang w:val="en-GB"/>
        </w:rPr>
        <w:t>lywodraethwyr</w:t>
      </w:r>
      <w:proofErr w:type="spellEnd"/>
    </w:p>
    <w:p w14:paraId="4845E1A4" w14:textId="77777777" w:rsidR="005E2268" w:rsidRPr="005E2268" w:rsidRDefault="005E2268" w:rsidP="005E2268">
      <w:pPr>
        <w:rPr>
          <w:lang w:val="en-GB"/>
        </w:rPr>
      </w:pPr>
      <w:r w:rsidRPr="005E2268">
        <w:rPr>
          <w:lang w:val="en-GB"/>
        </w:rPr>
        <w:pict w14:anchorId="21D14F3A">
          <v:rect id="_x0000_i1164" style="width:0;height:1.5pt" o:hralign="center" o:hrstd="t" o:hr="t" fillcolor="#a0a0a0" stroked="f"/>
        </w:pict>
      </w:r>
    </w:p>
    <w:p w14:paraId="3BEE3608" w14:textId="77777777" w:rsidR="005E2268" w:rsidRPr="005E2268" w:rsidRDefault="005E2268" w:rsidP="005E2268">
      <w:pPr>
        <w:rPr>
          <w:b/>
          <w:bCs/>
          <w:lang w:val="en-GB"/>
        </w:rPr>
      </w:pPr>
      <w:r w:rsidRPr="005E2268">
        <w:rPr>
          <w:b/>
          <w:bCs/>
          <w:lang w:val="en-GB"/>
        </w:rPr>
        <w:t xml:space="preserve">13. </w:t>
      </w:r>
      <w:proofErr w:type="spellStart"/>
      <w:r w:rsidRPr="005E2268">
        <w:rPr>
          <w:b/>
          <w:bCs/>
          <w:lang w:val="en-GB"/>
        </w:rPr>
        <w:t>Hyfforddiant</w:t>
      </w:r>
      <w:proofErr w:type="spellEnd"/>
      <w:r w:rsidRPr="005E2268">
        <w:rPr>
          <w:b/>
          <w:bCs/>
          <w:lang w:val="en-GB"/>
        </w:rPr>
        <w:t xml:space="preserve"> a </w:t>
      </w:r>
      <w:proofErr w:type="spellStart"/>
      <w:r w:rsidRPr="005E2268">
        <w:rPr>
          <w:b/>
          <w:bCs/>
          <w:lang w:val="en-GB"/>
        </w:rPr>
        <w:t>Chefnogaeth</w:t>
      </w:r>
      <w:proofErr w:type="spellEnd"/>
    </w:p>
    <w:p w14:paraId="3C9BA87F" w14:textId="77777777" w:rsidR="005E2268" w:rsidRPr="005E2268" w:rsidRDefault="005E2268">
      <w:pPr>
        <w:numPr>
          <w:ilvl w:val="0"/>
          <w:numId w:val="23"/>
        </w:numPr>
        <w:rPr>
          <w:lang w:val="en-GB"/>
        </w:rPr>
      </w:pPr>
      <w:proofErr w:type="spellStart"/>
      <w:r w:rsidRPr="005E2268">
        <w:rPr>
          <w:lang w:val="en-GB"/>
        </w:rPr>
        <w:t>Hyfforddiant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cychwynnol</w:t>
      </w:r>
      <w:proofErr w:type="spellEnd"/>
      <w:r w:rsidRPr="005E2268">
        <w:rPr>
          <w:lang w:val="en-GB"/>
        </w:rPr>
        <w:t xml:space="preserve"> a </w:t>
      </w:r>
      <w:proofErr w:type="spellStart"/>
      <w:r w:rsidRPr="005E2268">
        <w:rPr>
          <w:lang w:val="en-GB"/>
        </w:rPr>
        <w:t>pharhaus</w:t>
      </w:r>
      <w:proofErr w:type="spellEnd"/>
    </w:p>
    <w:p w14:paraId="3A9BF6F0" w14:textId="77777777" w:rsidR="005E2268" w:rsidRPr="005E2268" w:rsidRDefault="005E2268">
      <w:pPr>
        <w:numPr>
          <w:ilvl w:val="0"/>
          <w:numId w:val="23"/>
        </w:numPr>
        <w:rPr>
          <w:lang w:val="en-GB"/>
        </w:rPr>
      </w:pPr>
      <w:proofErr w:type="spellStart"/>
      <w:r w:rsidRPr="005E2268">
        <w:rPr>
          <w:lang w:val="en-GB"/>
        </w:rPr>
        <w:t>Datblygiad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proffesiynol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parhaus</w:t>
      </w:r>
      <w:proofErr w:type="spellEnd"/>
    </w:p>
    <w:p w14:paraId="0C5D371F" w14:textId="77777777" w:rsidR="005E2268" w:rsidRPr="005E2268" w:rsidRDefault="005E2268">
      <w:pPr>
        <w:numPr>
          <w:ilvl w:val="0"/>
          <w:numId w:val="23"/>
        </w:numPr>
        <w:rPr>
          <w:lang w:val="en-GB"/>
        </w:rPr>
      </w:pPr>
      <w:r w:rsidRPr="005E2268">
        <w:rPr>
          <w:lang w:val="en-GB"/>
        </w:rPr>
        <w:t xml:space="preserve">Cymorth </w:t>
      </w:r>
      <w:proofErr w:type="spellStart"/>
      <w:r w:rsidRPr="005E2268">
        <w:rPr>
          <w:lang w:val="en-GB"/>
        </w:rPr>
        <w:t>llesiant</w:t>
      </w:r>
      <w:proofErr w:type="spellEnd"/>
      <w:r w:rsidRPr="005E2268">
        <w:rPr>
          <w:lang w:val="en-GB"/>
        </w:rPr>
        <w:t xml:space="preserve"> staff</w:t>
      </w:r>
    </w:p>
    <w:p w14:paraId="6F18633F" w14:textId="77777777" w:rsidR="005E2268" w:rsidRPr="005E2268" w:rsidRDefault="005E2268" w:rsidP="005E2268">
      <w:pPr>
        <w:rPr>
          <w:lang w:val="en-GB"/>
        </w:rPr>
      </w:pPr>
      <w:r w:rsidRPr="005E2268">
        <w:rPr>
          <w:lang w:val="en-GB"/>
        </w:rPr>
        <w:pict w14:anchorId="75D9363A">
          <v:rect id="_x0000_i1165" style="width:0;height:1.5pt" o:hralign="center" o:hrstd="t" o:hr="t" fillcolor="#a0a0a0" stroked="f"/>
        </w:pict>
      </w:r>
    </w:p>
    <w:p w14:paraId="15A45091" w14:textId="77777777" w:rsidR="005E2268" w:rsidRPr="005E2268" w:rsidRDefault="005E2268" w:rsidP="005E2268">
      <w:pPr>
        <w:rPr>
          <w:b/>
          <w:bCs/>
          <w:lang w:val="en-GB"/>
        </w:rPr>
      </w:pPr>
      <w:r w:rsidRPr="005E2268">
        <w:rPr>
          <w:b/>
          <w:bCs/>
          <w:lang w:val="en-GB"/>
        </w:rPr>
        <w:t xml:space="preserve">14. </w:t>
      </w:r>
      <w:proofErr w:type="spellStart"/>
      <w:r w:rsidRPr="005E2268">
        <w:rPr>
          <w:b/>
          <w:bCs/>
          <w:lang w:val="en-GB"/>
        </w:rPr>
        <w:t>Monitro</w:t>
      </w:r>
      <w:proofErr w:type="spellEnd"/>
      <w:r w:rsidRPr="005E2268">
        <w:rPr>
          <w:b/>
          <w:bCs/>
          <w:lang w:val="en-GB"/>
        </w:rPr>
        <w:t xml:space="preserve"> ac </w:t>
      </w:r>
      <w:proofErr w:type="spellStart"/>
      <w:r w:rsidRPr="005E2268">
        <w:rPr>
          <w:b/>
          <w:bCs/>
          <w:lang w:val="en-GB"/>
        </w:rPr>
        <w:t>Adolygu</w:t>
      </w:r>
      <w:proofErr w:type="spellEnd"/>
    </w:p>
    <w:p w14:paraId="5BB374B6" w14:textId="77777777" w:rsidR="005E2268" w:rsidRPr="005E2268" w:rsidRDefault="005E2268">
      <w:pPr>
        <w:numPr>
          <w:ilvl w:val="0"/>
          <w:numId w:val="24"/>
        </w:numPr>
        <w:rPr>
          <w:lang w:val="en-GB"/>
        </w:rPr>
      </w:pPr>
      <w:proofErr w:type="spellStart"/>
      <w:r w:rsidRPr="005E2268">
        <w:rPr>
          <w:lang w:val="en-GB"/>
        </w:rPr>
        <w:t>Monitro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gan</w:t>
      </w:r>
      <w:proofErr w:type="spellEnd"/>
      <w:r w:rsidRPr="005E2268">
        <w:rPr>
          <w:lang w:val="en-GB"/>
        </w:rPr>
        <w:t xml:space="preserve"> yr </w:t>
      </w:r>
      <w:proofErr w:type="spellStart"/>
      <w:r w:rsidRPr="005E2268">
        <w:rPr>
          <w:lang w:val="en-GB"/>
        </w:rPr>
        <w:t>uwch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dîm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arwain</w:t>
      </w:r>
      <w:proofErr w:type="spellEnd"/>
    </w:p>
    <w:p w14:paraId="0E914023" w14:textId="77777777" w:rsidR="005E2268" w:rsidRPr="005E2268" w:rsidRDefault="005E2268">
      <w:pPr>
        <w:numPr>
          <w:ilvl w:val="0"/>
          <w:numId w:val="24"/>
        </w:numPr>
        <w:rPr>
          <w:lang w:val="en-GB"/>
        </w:rPr>
      </w:pPr>
      <w:r w:rsidRPr="005E2268">
        <w:rPr>
          <w:lang w:val="en-GB"/>
        </w:rPr>
        <w:t xml:space="preserve">Barn </w:t>
      </w:r>
      <w:proofErr w:type="spellStart"/>
      <w:r w:rsidRPr="005E2268">
        <w:rPr>
          <w:lang w:val="en-GB"/>
        </w:rPr>
        <w:t>disgyblion</w:t>
      </w:r>
      <w:proofErr w:type="spellEnd"/>
      <w:r w:rsidRPr="005E2268">
        <w:rPr>
          <w:lang w:val="en-GB"/>
        </w:rPr>
        <w:t xml:space="preserve"> a </w:t>
      </w:r>
      <w:proofErr w:type="spellStart"/>
      <w:r w:rsidRPr="005E2268">
        <w:rPr>
          <w:lang w:val="en-GB"/>
        </w:rPr>
        <w:t>rhieni</w:t>
      </w:r>
      <w:proofErr w:type="spellEnd"/>
    </w:p>
    <w:p w14:paraId="75564645" w14:textId="77777777" w:rsidR="005E2268" w:rsidRPr="005E2268" w:rsidRDefault="005E2268">
      <w:pPr>
        <w:numPr>
          <w:ilvl w:val="0"/>
          <w:numId w:val="24"/>
        </w:numPr>
        <w:rPr>
          <w:lang w:val="en-GB"/>
        </w:rPr>
      </w:pPr>
      <w:proofErr w:type="spellStart"/>
      <w:r w:rsidRPr="005E2268">
        <w:rPr>
          <w:lang w:val="en-GB"/>
        </w:rPr>
        <w:t>Adolygu’r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polisi’n</w:t>
      </w:r>
      <w:proofErr w:type="spellEnd"/>
      <w:r w:rsidRPr="005E2268">
        <w:rPr>
          <w:lang w:val="en-GB"/>
        </w:rPr>
        <w:t xml:space="preserve"> </w:t>
      </w:r>
      <w:proofErr w:type="spellStart"/>
      <w:r w:rsidRPr="005E2268">
        <w:rPr>
          <w:lang w:val="en-GB"/>
        </w:rPr>
        <w:t>rheolaidd</w:t>
      </w:r>
      <w:proofErr w:type="spellEnd"/>
    </w:p>
    <w:p w14:paraId="09D2B0D1" w14:textId="77777777" w:rsidR="005E2268" w:rsidRPr="005E2268" w:rsidRDefault="005E2268" w:rsidP="005E2268">
      <w:pPr>
        <w:rPr>
          <w:lang w:val="en-GB"/>
        </w:rPr>
      </w:pPr>
      <w:r w:rsidRPr="005E2268">
        <w:rPr>
          <w:lang w:val="en-GB"/>
        </w:rPr>
        <w:pict w14:anchorId="29024293">
          <v:rect id="_x0000_i1166" style="width:0;height:1.5pt" o:hralign="center" o:hrstd="t" o:hr="t" fillcolor="#a0a0a0" stroked="f"/>
        </w:pict>
      </w:r>
    </w:p>
    <w:p w14:paraId="72D5FD31" w14:textId="77777777" w:rsidR="005E2268" w:rsidRPr="005E2268" w:rsidRDefault="005E2268" w:rsidP="005E2268">
      <w:pPr>
        <w:rPr>
          <w:b/>
          <w:bCs/>
          <w:lang w:val="en-GB"/>
        </w:rPr>
      </w:pPr>
      <w:r w:rsidRPr="005E2268">
        <w:rPr>
          <w:b/>
          <w:bCs/>
          <w:lang w:val="en-GB"/>
        </w:rPr>
        <w:t xml:space="preserve">15. </w:t>
      </w:r>
      <w:proofErr w:type="spellStart"/>
      <w:r w:rsidRPr="005E2268">
        <w:rPr>
          <w:b/>
          <w:bCs/>
          <w:lang w:val="en-GB"/>
        </w:rPr>
        <w:t>Atodiadau</w:t>
      </w:r>
      <w:proofErr w:type="spellEnd"/>
    </w:p>
    <w:p w14:paraId="165F34A5" w14:textId="77777777" w:rsidR="005E2268" w:rsidRPr="005E2268" w:rsidRDefault="005E2268" w:rsidP="005E2268">
      <w:pPr>
        <w:rPr>
          <w:lang w:val="en-GB"/>
        </w:rPr>
      </w:pPr>
      <w:proofErr w:type="spellStart"/>
      <w:r w:rsidRPr="005E2268">
        <w:rPr>
          <w:lang w:val="en-GB"/>
        </w:rPr>
        <w:t>Gweler</w:t>
      </w:r>
      <w:proofErr w:type="spellEnd"/>
      <w:r w:rsidRPr="005E2268">
        <w:rPr>
          <w:lang w:val="en-GB"/>
        </w:rPr>
        <w:t xml:space="preserve"> y PowerPoint </w:t>
      </w:r>
      <w:proofErr w:type="spellStart"/>
      <w:r w:rsidRPr="005E2268">
        <w:rPr>
          <w:lang w:val="en-GB"/>
        </w:rPr>
        <w:t>atodedig</w:t>
      </w:r>
      <w:proofErr w:type="spellEnd"/>
      <w:r w:rsidRPr="005E2268">
        <w:rPr>
          <w:lang w:val="en-GB"/>
        </w:rPr>
        <w:t>.</w:t>
      </w:r>
    </w:p>
    <w:p w14:paraId="5D734A86" w14:textId="77777777" w:rsidR="005E2268" w:rsidRPr="005E2268" w:rsidRDefault="005E2268" w:rsidP="005E2268">
      <w:pPr>
        <w:rPr>
          <w:lang w:val="en-GB"/>
        </w:rPr>
      </w:pPr>
      <w:r w:rsidRPr="005E2268">
        <w:rPr>
          <w:lang w:val="en-GB"/>
        </w:rPr>
        <w:pict w14:anchorId="56C0C80F">
          <v:rect id="_x0000_i1167" style="width:0;height:1.5pt" o:hralign="center" o:hrstd="t" o:hr="t" fillcolor="#a0a0a0" stroked="f"/>
        </w:pict>
      </w:r>
    </w:p>
    <w:p w14:paraId="2307B8A2" w14:textId="06DD2587" w:rsidR="00C31AB5" w:rsidRPr="002C4590" w:rsidRDefault="00C31AB5" w:rsidP="002C4590">
      <w:pPr>
        <w:rPr>
          <w:lang w:val="en-GB"/>
        </w:rPr>
      </w:pPr>
    </w:p>
    <w:p w14:paraId="24A83232" w14:textId="44A19170" w:rsidR="00C31AB5" w:rsidRDefault="002C4590">
      <w:r w:rsidRPr="002C4590">
        <w:rPr>
          <w:noProof/>
        </w:rPr>
        <w:drawing>
          <wp:inline distT="0" distB="0" distL="0" distR="0" wp14:anchorId="05555D64" wp14:editId="36EC87CA">
            <wp:extent cx="4838949" cy="5448580"/>
            <wp:effectExtent l="0" t="0" r="0" b="0"/>
            <wp:docPr id="6626292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62920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38949" cy="5448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5E8C55" w14:textId="77777777" w:rsidR="002C4590" w:rsidRDefault="002C4590"/>
    <w:bookmarkStart w:id="0" w:name="_MON_1839088414"/>
    <w:bookmarkEnd w:id="0"/>
    <w:p w14:paraId="38B47116" w14:textId="6B95868C" w:rsidR="002C4590" w:rsidRDefault="002C4590">
      <w:r>
        <w:object w:dxaOrig="1504" w:dyaOrig="982" w14:anchorId="5AAF76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75.6pt;height:49.2pt" o:ole="">
            <v:imagedata r:id="rId11" o:title=""/>
          </v:shape>
          <o:OLEObject Type="Embed" ProgID="Word.Document.12" ShapeID="_x0000_i1034" DrawAspect="Icon" ObjectID="_1843037573" r:id="rId12">
            <o:FieldCodes>\s</o:FieldCodes>
          </o:OLEObject>
        </w:object>
      </w:r>
      <w:r>
        <w:object w:dxaOrig="1504" w:dyaOrig="982" w14:anchorId="66A904D0">
          <v:shape id="_x0000_i1035" type="#_x0000_t75" style="width:75.6pt;height:49.2pt" o:ole="">
            <v:imagedata r:id="rId13" o:title=""/>
          </v:shape>
          <o:OLEObject Type="Embed" ProgID="AcroExch.Document.DC" ShapeID="_x0000_i1035" DrawAspect="Icon" ObjectID="_1843037574" r:id="rId14"/>
        </w:object>
      </w:r>
      <w:bookmarkStart w:id="1" w:name="_MON_1839088830"/>
      <w:bookmarkEnd w:id="1"/>
      <w:r>
        <w:object w:dxaOrig="1504" w:dyaOrig="982" w14:anchorId="32F7230D">
          <v:shape id="_x0000_i1036" type="#_x0000_t75" style="width:75.6pt;height:49.2pt" o:ole="">
            <v:imagedata r:id="rId15" o:title=""/>
          </v:shape>
          <o:OLEObject Type="Embed" ProgID="Word.Document.12" ShapeID="_x0000_i1036" DrawAspect="Icon" ObjectID="_1843037575" r:id="rId16">
            <o:FieldCodes>\s</o:FieldCodes>
          </o:OLEObject>
        </w:object>
      </w:r>
      <w:bookmarkStart w:id="2" w:name="_MON_1839088854"/>
      <w:bookmarkEnd w:id="2"/>
      <w:r>
        <w:object w:dxaOrig="1504" w:dyaOrig="982" w14:anchorId="20CF7149">
          <v:shape id="_x0000_i1037" type="#_x0000_t75" style="width:75.6pt;height:49.2pt" o:ole="">
            <v:imagedata r:id="rId17" o:title=""/>
          </v:shape>
          <o:OLEObject Type="Embed" ProgID="Word.Document.12" ShapeID="_x0000_i1037" DrawAspect="Icon" ObjectID="_1843037576" r:id="rId18">
            <o:FieldCodes>\s</o:FieldCodes>
          </o:OLEObject>
        </w:object>
      </w:r>
      <w:bookmarkStart w:id="3" w:name="_MON_1839088871"/>
      <w:bookmarkEnd w:id="3"/>
      <w:r>
        <w:object w:dxaOrig="1504" w:dyaOrig="982" w14:anchorId="783E5716">
          <v:shape id="_x0000_i1038" type="#_x0000_t75" style="width:75.6pt;height:49.2pt" o:ole="">
            <v:imagedata r:id="rId19" o:title=""/>
          </v:shape>
          <o:OLEObject Type="Embed" ProgID="Word.Document.12" ShapeID="_x0000_i1038" DrawAspect="Icon" ObjectID="_1843037577" r:id="rId20">
            <o:FieldCodes>\s</o:FieldCodes>
          </o:OLEObject>
        </w:object>
      </w:r>
      <w:r>
        <w:object w:dxaOrig="1504" w:dyaOrig="982" w14:anchorId="62578B63">
          <v:shape id="_x0000_i1039" type="#_x0000_t75" style="width:75.6pt;height:49.2pt" o:ole="">
            <v:imagedata r:id="rId21" o:title=""/>
          </v:shape>
          <o:OLEObject Type="Embed" ProgID="AcroExch.Document.DC" ShapeID="_x0000_i1039" DrawAspect="Icon" ObjectID="_1843037578" r:id="rId22"/>
        </w:object>
      </w:r>
    </w:p>
    <w:p w14:paraId="070F6960" w14:textId="313447AE" w:rsidR="009B348A" w:rsidRDefault="009B348A">
      <w:hyperlink r:id="rId23" w:history="1">
        <w:r w:rsidRPr="009B348A">
          <w:rPr>
            <w:rStyle w:val="Hyperlink"/>
          </w:rPr>
          <w:t xml:space="preserve">Templates Archives - </w:t>
        </w:r>
        <w:proofErr w:type="spellStart"/>
        <w:r w:rsidRPr="009B348A">
          <w:rPr>
            <w:rStyle w:val="Hyperlink"/>
          </w:rPr>
          <w:t>TeamTeach</w:t>
        </w:r>
        <w:proofErr w:type="spellEnd"/>
        <w:r w:rsidRPr="009B348A">
          <w:rPr>
            <w:rStyle w:val="Hyperlink"/>
          </w:rPr>
          <w:t xml:space="preserve"> Knowledge Hub</w:t>
        </w:r>
      </w:hyperlink>
    </w:p>
    <w:p w14:paraId="0C9D2355" w14:textId="2A158BAD" w:rsidR="00E068EB" w:rsidRDefault="00E068EB">
      <w:pPr>
        <w:rPr>
          <w:noProof/>
        </w:rPr>
      </w:pPr>
      <w:r w:rsidRPr="00E068EB">
        <w:rPr>
          <w:noProof/>
        </w:rPr>
        <w:t xml:space="preserve"> </w:t>
      </w:r>
    </w:p>
    <w:p w14:paraId="5D5BF36B" w14:textId="77777777" w:rsidR="00E068EB" w:rsidRDefault="00E068EB">
      <w:pPr>
        <w:rPr>
          <w:noProof/>
        </w:rPr>
      </w:pPr>
    </w:p>
    <w:p w14:paraId="78E163B5" w14:textId="77777777" w:rsidR="00E068EB" w:rsidRDefault="00E068EB"/>
    <w:p w14:paraId="4314F65D" w14:textId="42EF48AD" w:rsidR="0093564C" w:rsidRDefault="0093564C"/>
    <w:sectPr w:rsidR="0093564C" w:rsidSect="00F350BE">
      <w:pgSz w:w="12240" w:h="15840"/>
      <w:pgMar w:top="1440" w:right="1041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38929BB"/>
    <w:multiLevelType w:val="multilevel"/>
    <w:tmpl w:val="4C04C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F408F2"/>
    <w:multiLevelType w:val="multilevel"/>
    <w:tmpl w:val="D2A6B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091EE2"/>
    <w:multiLevelType w:val="multilevel"/>
    <w:tmpl w:val="E7A89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296B45"/>
    <w:multiLevelType w:val="multilevel"/>
    <w:tmpl w:val="E8A24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3A5924"/>
    <w:multiLevelType w:val="multilevel"/>
    <w:tmpl w:val="002AB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75476C"/>
    <w:multiLevelType w:val="multilevel"/>
    <w:tmpl w:val="71427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AB60BB"/>
    <w:multiLevelType w:val="multilevel"/>
    <w:tmpl w:val="8482D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11787D"/>
    <w:multiLevelType w:val="multilevel"/>
    <w:tmpl w:val="30908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137F40"/>
    <w:multiLevelType w:val="multilevel"/>
    <w:tmpl w:val="FE801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3B72331"/>
    <w:multiLevelType w:val="multilevel"/>
    <w:tmpl w:val="7850F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CF2792"/>
    <w:multiLevelType w:val="multilevel"/>
    <w:tmpl w:val="8F80A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8D0AD0"/>
    <w:multiLevelType w:val="multilevel"/>
    <w:tmpl w:val="F8CC5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763EFC"/>
    <w:multiLevelType w:val="multilevel"/>
    <w:tmpl w:val="243ED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F57C86"/>
    <w:multiLevelType w:val="multilevel"/>
    <w:tmpl w:val="F22C4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FF56AA9"/>
    <w:multiLevelType w:val="multilevel"/>
    <w:tmpl w:val="58BEC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9649BB"/>
    <w:multiLevelType w:val="multilevel"/>
    <w:tmpl w:val="9246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A35595"/>
    <w:multiLevelType w:val="multilevel"/>
    <w:tmpl w:val="D8B08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DE762C"/>
    <w:multiLevelType w:val="multilevel"/>
    <w:tmpl w:val="8902A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6368083">
    <w:abstractNumId w:val="5"/>
  </w:num>
  <w:num w:numId="2" w16cid:durableId="917057465">
    <w:abstractNumId w:val="3"/>
  </w:num>
  <w:num w:numId="3" w16cid:durableId="1181357793">
    <w:abstractNumId w:val="2"/>
  </w:num>
  <w:num w:numId="4" w16cid:durableId="1637176450">
    <w:abstractNumId w:val="4"/>
  </w:num>
  <w:num w:numId="5" w16cid:durableId="1167863997">
    <w:abstractNumId w:val="1"/>
  </w:num>
  <w:num w:numId="6" w16cid:durableId="476336984">
    <w:abstractNumId w:val="0"/>
  </w:num>
  <w:num w:numId="7" w16cid:durableId="740714770">
    <w:abstractNumId w:val="19"/>
  </w:num>
  <w:num w:numId="8" w16cid:durableId="103307142">
    <w:abstractNumId w:val="7"/>
  </w:num>
  <w:num w:numId="9" w16cid:durableId="946739548">
    <w:abstractNumId w:val="23"/>
  </w:num>
  <w:num w:numId="10" w16cid:durableId="2087920586">
    <w:abstractNumId w:val="11"/>
  </w:num>
  <w:num w:numId="11" w16cid:durableId="2086370912">
    <w:abstractNumId w:val="15"/>
  </w:num>
  <w:num w:numId="12" w16cid:durableId="224878235">
    <w:abstractNumId w:val="20"/>
  </w:num>
  <w:num w:numId="13" w16cid:durableId="109203205">
    <w:abstractNumId w:val="16"/>
  </w:num>
  <w:num w:numId="14" w16cid:durableId="442311593">
    <w:abstractNumId w:val="14"/>
  </w:num>
  <w:num w:numId="15" w16cid:durableId="1988898768">
    <w:abstractNumId w:val="17"/>
  </w:num>
  <w:num w:numId="16" w16cid:durableId="1342927269">
    <w:abstractNumId w:val="21"/>
  </w:num>
  <w:num w:numId="17" w16cid:durableId="1655984804">
    <w:abstractNumId w:val="9"/>
  </w:num>
  <w:num w:numId="18" w16cid:durableId="2009165141">
    <w:abstractNumId w:val="12"/>
  </w:num>
  <w:num w:numId="19" w16cid:durableId="693001843">
    <w:abstractNumId w:val="6"/>
  </w:num>
  <w:num w:numId="20" w16cid:durableId="1542211931">
    <w:abstractNumId w:val="13"/>
  </w:num>
  <w:num w:numId="21" w16cid:durableId="904877869">
    <w:abstractNumId w:val="22"/>
  </w:num>
  <w:num w:numId="22" w16cid:durableId="2116706152">
    <w:abstractNumId w:val="10"/>
  </w:num>
  <w:num w:numId="23" w16cid:durableId="1627271234">
    <w:abstractNumId w:val="18"/>
  </w:num>
  <w:num w:numId="24" w16cid:durableId="1228154213">
    <w:abstractNumId w:va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4535E"/>
    <w:rsid w:val="0015074B"/>
    <w:rsid w:val="001D3EC9"/>
    <w:rsid w:val="0029639D"/>
    <w:rsid w:val="002C4590"/>
    <w:rsid w:val="002E692E"/>
    <w:rsid w:val="00326F90"/>
    <w:rsid w:val="003B5829"/>
    <w:rsid w:val="00420B55"/>
    <w:rsid w:val="004E6E2D"/>
    <w:rsid w:val="005C3B5C"/>
    <w:rsid w:val="005E2268"/>
    <w:rsid w:val="00675C64"/>
    <w:rsid w:val="006C4007"/>
    <w:rsid w:val="0071585E"/>
    <w:rsid w:val="00752AB2"/>
    <w:rsid w:val="0077728C"/>
    <w:rsid w:val="00852005"/>
    <w:rsid w:val="0093564C"/>
    <w:rsid w:val="00976980"/>
    <w:rsid w:val="009B348A"/>
    <w:rsid w:val="00A94559"/>
    <w:rsid w:val="00AA1D8D"/>
    <w:rsid w:val="00B47730"/>
    <w:rsid w:val="00C31AB5"/>
    <w:rsid w:val="00CB0664"/>
    <w:rsid w:val="00CB1D26"/>
    <w:rsid w:val="00CB5975"/>
    <w:rsid w:val="00CD23B9"/>
    <w:rsid w:val="00CD5C7A"/>
    <w:rsid w:val="00D940FD"/>
    <w:rsid w:val="00D94777"/>
    <w:rsid w:val="00E068EB"/>
    <w:rsid w:val="00F350BE"/>
    <w:rsid w:val="00F86DC7"/>
    <w:rsid w:val="00FB322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DEC8B4E"/>
  <w14:defaultImageDpi w14:val="300"/>
  <w15:docId w15:val="{D1F9AB96-BA9E-414A-BA79-9A4064823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4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5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E068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68E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7728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emf"/><Relationship Id="rId18" Type="http://schemas.openxmlformats.org/officeDocument/2006/relationships/package" Target="embeddings/Microsoft_Word_Document2.docx"/><Relationship Id="rId3" Type="http://schemas.openxmlformats.org/officeDocument/2006/relationships/customXml" Target="../customXml/item3.xml"/><Relationship Id="rId21" Type="http://schemas.openxmlformats.org/officeDocument/2006/relationships/image" Target="media/image8.emf"/><Relationship Id="rId7" Type="http://schemas.openxmlformats.org/officeDocument/2006/relationships/settings" Target="settings.xml"/><Relationship Id="rId12" Type="http://schemas.openxmlformats.org/officeDocument/2006/relationships/package" Target="embeddings/Microsoft_Word_Document.docx"/><Relationship Id="rId17" Type="http://schemas.openxmlformats.org/officeDocument/2006/relationships/image" Target="media/image6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Word_Document1.docx"/><Relationship Id="rId20" Type="http://schemas.openxmlformats.org/officeDocument/2006/relationships/package" Target="embeddings/Microsoft_Word_Document3.doc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emf"/><Relationship Id="rId23" Type="http://schemas.openxmlformats.org/officeDocument/2006/relationships/hyperlink" Target="https://knowledgehub.teamteach.com/collections/templates/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7.emf"/><Relationship Id="rId4" Type="http://schemas.openxmlformats.org/officeDocument/2006/relationships/customXml" Target="../customXml/item4.xml"/><Relationship Id="rId9" Type="http://schemas.openxmlformats.org/officeDocument/2006/relationships/image" Target="media/image1.jpg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2e3fc57-c756-4a89-a7ed-629bd3fbf02a">
      <Terms xmlns="http://schemas.microsoft.com/office/infopath/2007/PartnerControls"/>
    </lcf76f155ced4ddcb4097134ff3c332f>
    <TaxCatchAll xmlns="5bddb83e-01ab-4ac0-93cd-ed24b4944175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528393B6325E45B06F65DDB747BC13" ma:contentTypeVersion="14" ma:contentTypeDescription="Create a new document." ma:contentTypeScope="" ma:versionID="3cf6ae51609a863c37b5222d77bb5ff6">
  <xsd:schema xmlns:xsd="http://www.w3.org/2001/XMLSchema" xmlns:xs="http://www.w3.org/2001/XMLSchema" xmlns:p="http://schemas.microsoft.com/office/2006/metadata/properties" xmlns:ns2="c2e3fc57-c756-4a89-a7ed-629bd3fbf02a" xmlns:ns3="5bddb83e-01ab-4ac0-93cd-ed24b4944175" targetNamespace="http://schemas.microsoft.com/office/2006/metadata/properties" ma:root="true" ma:fieldsID="f102a326a66569a27d82575a08e68296" ns2:_="" ns3:_="">
    <xsd:import namespace="c2e3fc57-c756-4a89-a7ed-629bd3fbf02a"/>
    <xsd:import namespace="5bddb83e-01ab-4ac0-93cd-ed24b49441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e3fc57-c756-4a89-a7ed-629bd3fbf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ddb83e-01ab-4ac0-93cd-ed24b494417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f6cd71e-8501-4d13-b500-d38165030b73}" ma:internalName="TaxCatchAll" ma:showField="CatchAllData" ma:web="5bddb83e-01ab-4ac0-93cd-ed24b49441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2A0875-FF78-4939-9699-09E97BD1836A}">
  <ds:schemaRefs>
    <ds:schemaRef ds:uri="http://schemas.microsoft.com/office/2006/metadata/properties"/>
    <ds:schemaRef ds:uri="http://schemas.microsoft.com/office/infopath/2007/PartnerControls"/>
    <ds:schemaRef ds:uri="c2e3fc57-c756-4a89-a7ed-629bd3fbf02a"/>
    <ds:schemaRef ds:uri="5bddb83e-01ab-4ac0-93cd-ed24b4944175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C2E0884-68FF-4823-9FA7-22C6CD8AD7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300322-8C02-4C99-B751-964E8344F2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e3fc57-c756-4a89-a7ed-629bd3fbf02a"/>
    <ds:schemaRef ds:uri="5bddb83e-01ab-4ac0-93cd-ed24b49441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866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5797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/>
  <cp:lastModifiedBy>C Lawrence (Ysgol Gymunedol Penrhyncoch)</cp:lastModifiedBy>
  <cp:revision>3</cp:revision>
  <dcterms:created xsi:type="dcterms:W3CDTF">2026-06-15T13:01:00Z</dcterms:created>
  <dcterms:modified xsi:type="dcterms:W3CDTF">2026-06-15T13:02:00Z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0x0101003F528393B6325E45B06F65DDB747BC13</vt:lpwstr>
  </property>
  <property fmtid="{D5CDD505-2E9C-101B-9397-08002B2CF9AE}" pid="3" name="MediaServiceImageTags">
    <vt:lpwstr/>
  </property>
</Properties>
</file>